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762" w:rsidRPr="003467FF" w:rsidRDefault="00186087" w:rsidP="003467FF">
      <w:pPr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Методические рекомендации</w:t>
      </w:r>
    </w:p>
    <w:p w:rsidR="00D87762" w:rsidRPr="003467FF" w:rsidRDefault="00186087" w:rsidP="003467FF">
      <w:pPr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по организации и проведению мероприятий в рамках</w:t>
      </w:r>
    </w:p>
    <w:p w:rsidR="00D87762" w:rsidRPr="003467FF" w:rsidRDefault="00186087" w:rsidP="003467FF">
      <w:pPr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Всероссийской акции, приуроченной к празднованию</w:t>
      </w:r>
      <w:r w:rsidRPr="003467FF">
        <w:rPr>
          <w:rFonts w:cs="Times New Roman"/>
          <w:b/>
          <w:sz w:val="28"/>
          <w:szCs w:val="28"/>
          <w:lang w:val="ru-RU"/>
        </w:rPr>
        <w:br/>
        <w:t>Дня рождения Президента Российской Федерации</w:t>
      </w:r>
    </w:p>
    <w:p w:rsidR="00D87762" w:rsidRPr="003467FF" w:rsidRDefault="00D87762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</w:p>
    <w:p w:rsidR="00D87762" w:rsidRPr="003467FF" w:rsidRDefault="00186087" w:rsidP="003467FF">
      <w:pPr>
        <w:keepNext/>
        <w:spacing w:before="4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Общая информация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7 октября отмечается День рождения Президента Российской Федерации.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Основной посыл мероприятий — «Не словом, а делом». В основе концепции — поздравление через реальные добрые и общественно полезные дела, направленные на помощь людям, поддержку семей, заботу об окружающей среде и развитие добровольчества.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В рамках Акции пре</w:t>
      </w:r>
      <w:r w:rsidRPr="003467FF">
        <w:rPr>
          <w:rFonts w:cs="Times New Roman"/>
          <w:sz w:val="28"/>
          <w:szCs w:val="28"/>
          <w:lang w:val="ru-RU"/>
        </w:rPr>
        <w:t>длагается объединить жителей регионов России вокруг социально значимых инициатив, которые позволяют выразить благодарность и поздравить Президента конкретными поступками.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Срок реализации: 7 октября 2026 года.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Информационное сопровождение Акции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Акцию рекоме</w:t>
      </w:r>
      <w:r w:rsidRPr="003467FF">
        <w:rPr>
          <w:rFonts w:cs="Times New Roman"/>
          <w:sz w:val="28"/>
          <w:szCs w:val="28"/>
          <w:lang w:val="ru-RU"/>
        </w:rPr>
        <w:t>ндуется сопровождать информационной кампанией по доступным и активным каналам: социальные сети, мессенджеры, СМИ.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Просим обеспечить качественную фото- и видеосъемку мероприятий для последующего размещения материалов в социальных сетях и использования в ито</w:t>
      </w:r>
      <w:r w:rsidRPr="003467FF">
        <w:rPr>
          <w:rFonts w:cs="Times New Roman"/>
          <w:sz w:val="28"/>
          <w:szCs w:val="28"/>
          <w:lang w:val="ru-RU"/>
        </w:rPr>
        <w:t>говой отчетности.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Публикуя информацию в социальных сетях, необходимо использовать хештеги: </w:t>
      </w:r>
      <w:r w:rsidRPr="003467FF">
        <w:rPr>
          <w:rFonts w:cs="Times New Roman"/>
          <w:b/>
          <w:sz w:val="28"/>
          <w:szCs w:val="28"/>
          <w:lang w:val="ru-RU"/>
        </w:rPr>
        <w:t>#</w:t>
      </w:r>
      <w:proofErr w:type="spellStart"/>
      <w:r w:rsidRPr="003467FF">
        <w:rPr>
          <w:rFonts w:cs="Times New Roman"/>
          <w:b/>
          <w:sz w:val="28"/>
          <w:szCs w:val="28"/>
          <w:lang w:val="ru-RU"/>
        </w:rPr>
        <w:t>НеСловомАделом</w:t>
      </w:r>
      <w:proofErr w:type="spellEnd"/>
      <w:r w:rsidRPr="003467FF">
        <w:rPr>
          <w:rFonts w:cs="Times New Roman"/>
          <w:b/>
          <w:sz w:val="28"/>
          <w:szCs w:val="28"/>
          <w:lang w:val="ru-RU"/>
        </w:rPr>
        <w:t>, #</w:t>
      </w:r>
      <w:proofErr w:type="spellStart"/>
      <w:r w:rsidRPr="003467FF">
        <w:rPr>
          <w:rFonts w:cs="Times New Roman"/>
          <w:b/>
          <w:sz w:val="28"/>
          <w:szCs w:val="28"/>
          <w:lang w:val="ru-RU"/>
        </w:rPr>
        <w:t>МойПрезидент</w:t>
      </w:r>
      <w:proofErr w:type="spellEnd"/>
      <w:r w:rsidRPr="003467FF">
        <w:rPr>
          <w:rFonts w:cs="Times New Roman"/>
          <w:b/>
          <w:sz w:val="28"/>
          <w:szCs w:val="28"/>
          <w:lang w:val="ru-RU"/>
        </w:rPr>
        <w:t>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Планирование и отчетность</w:t>
      </w:r>
    </w:p>
    <w:p w:rsidR="003467FF" w:rsidRDefault="00186087" w:rsidP="003467FF">
      <w:pPr>
        <w:ind w:firstLine="720"/>
        <w:jc w:val="both"/>
        <w:rPr>
          <w:rFonts w:cs="Times New Roman"/>
          <w:b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Информацию о запланированных </w:t>
      </w:r>
      <w:r w:rsidRPr="003467FF">
        <w:rPr>
          <w:rFonts w:cs="Times New Roman"/>
          <w:b/>
          <w:sz w:val="28"/>
          <w:szCs w:val="28"/>
          <w:lang w:val="ru-RU"/>
        </w:rPr>
        <w:t xml:space="preserve">мероприятиях необходимо </w:t>
      </w:r>
      <w:r w:rsidR="003467FF">
        <w:rPr>
          <w:rFonts w:cs="Times New Roman"/>
          <w:b/>
          <w:sz w:val="28"/>
          <w:szCs w:val="28"/>
          <w:lang w:val="ru-RU"/>
        </w:rPr>
        <w:br/>
      </w:r>
      <w:r w:rsidRPr="003467FF">
        <w:rPr>
          <w:rFonts w:cs="Times New Roman"/>
          <w:b/>
          <w:sz w:val="28"/>
          <w:szCs w:val="28"/>
          <w:lang w:val="ru-RU"/>
        </w:rPr>
        <w:t>внести в единую таблицу планирования и отчетности</w:t>
      </w:r>
      <w:r w:rsidRPr="003467FF">
        <w:rPr>
          <w:rFonts w:cs="Times New Roman"/>
          <w:sz w:val="28"/>
          <w:szCs w:val="28"/>
          <w:lang w:val="ru-RU"/>
        </w:rPr>
        <w:t>:</w:t>
      </w:r>
      <w:r w:rsidR="003467FF">
        <w:rPr>
          <w:lang w:val="ru-RU"/>
        </w:rPr>
        <w:t xml:space="preserve"> </w:t>
      </w:r>
      <w:r w:rsidR="003467FF" w:rsidRPr="003467FF">
        <w:rPr>
          <w:rFonts w:cs="Times New Roman"/>
          <w:b/>
          <w:sz w:val="28"/>
          <w:szCs w:val="28"/>
          <w:lang w:val="ru-RU"/>
        </w:rPr>
        <w:t>https://disk.yandex.ru/i/yjmpwstXUbhnNg</w:t>
      </w:r>
    </w:p>
    <w:p w:rsidR="00D87762" w:rsidRDefault="003467FF" w:rsidP="003467FF">
      <w:pPr>
        <w:ind w:firstLine="720"/>
        <w:jc w:val="both"/>
        <w:rPr>
          <w:b/>
          <w:sz w:val="28"/>
          <w:szCs w:val="28"/>
          <w:lang w:val="ru-RU"/>
        </w:rPr>
      </w:pPr>
      <w:r w:rsidRPr="003467FF">
        <w:rPr>
          <w:sz w:val="28"/>
          <w:szCs w:val="28"/>
          <w:lang w:val="ru-RU"/>
        </w:rPr>
        <w:t xml:space="preserve">Необходимо завести запланированные мероприятия на платформе Добро.рф в рамках </w:t>
      </w:r>
      <w:r w:rsidRPr="003467FF">
        <w:rPr>
          <w:b/>
          <w:sz w:val="28"/>
          <w:szCs w:val="28"/>
          <w:lang w:val="ru-RU"/>
        </w:rPr>
        <w:t>специального проекта Акции</w:t>
      </w:r>
      <w:r w:rsidRPr="003467FF">
        <w:rPr>
          <w:sz w:val="28"/>
          <w:szCs w:val="28"/>
          <w:lang w:val="ru-RU"/>
        </w:rPr>
        <w:t xml:space="preserve"> по ссылке:</w:t>
      </w:r>
      <w:r w:rsidRPr="003467FF">
        <w:rPr>
          <w:sz w:val="28"/>
          <w:szCs w:val="28"/>
          <w:lang w:val="ru-RU"/>
        </w:rPr>
        <w:t xml:space="preserve"> </w:t>
      </w:r>
      <w:r w:rsidR="00186087" w:rsidRPr="00186087">
        <w:rPr>
          <w:b/>
          <w:sz w:val="28"/>
          <w:szCs w:val="28"/>
          <w:lang w:val="ru-RU"/>
        </w:rPr>
        <w:t>https://dobro.ru/project/10135327</w:t>
      </w:r>
    </w:p>
    <w:p w:rsidR="00186087" w:rsidRPr="00186087" w:rsidRDefault="00186087" w:rsidP="003467FF">
      <w:pPr>
        <w:ind w:firstLine="720"/>
        <w:jc w:val="both"/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</w:pP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Техническое задание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 xml:space="preserve"> для 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 xml:space="preserve">съемки 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видеороликов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 xml:space="preserve"> (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2 вкладки: для семей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 xml:space="preserve"> 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и обществ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 xml:space="preserve">енных 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организаций</w:t>
      </w: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:</w:t>
      </w:r>
    </w:p>
    <w:p w:rsidR="00186087" w:rsidRPr="00186087" w:rsidRDefault="00186087" w:rsidP="003467FF">
      <w:pPr>
        <w:ind w:firstLine="720"/>
        <w:jc w:val="both"/>
        <w:rPr>
          <w:rFonts w:cs="Times New Roman"/>
          <w:b/>
          <w:sz w:val="28"/>
          <w:szCs w:val="28"/>
          <w:lang w:val="ru-RU"/>
        </w:rPr>
      </w:pPr>
      <w:r w:rsidRPr="00186087">
        <w:rPr>
          <w:rFonts w:cs="Times New Roman"/>
          <w:b/>
          <w:sz w:val="28"/>
          <w:szCs w:val="28"/>
          <w:shd w:val="clear" w:color="auto" w:fill="FFFFFF"/>
        </w:rPr>
        <w:t>https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://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docs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.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google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.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com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document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d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/1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hWZpiTtdmWovai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15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ZmaOJF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4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RTX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21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mWxgJZ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1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bJPd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3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YO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0/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edit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?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tab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=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t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.0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В таблице необходимо указать информацию об организации, субъекте Российской Федерации и муниципальном образовании, формате и названии </w:t>
      </w:r>
      <w:r w:rsidRPr="003467FF">
        <w:rPr>
          <w:rFonts w:cs="Times New Roman"/>
          <w:sz w:val="28"/>
          <w:szCs w:val="28"/>
          <w:lang w:val="ru-RU"/>
        </w:rPr>
        <w:lastRenderedPageBreak/>
        <w:t>мероприятия, кратком описании, месте и времени проведения, ответственном лице, планируемом количес</w:t>
      </w:r>
      <w:r w:rsidRPr="003467FF">
        <w:rPr>
          <w:rFonts w:cs="Times New Roman"/>
          <w:sz w:val="28"/>
          <w:szCs w:val="28"/>
          <w:lang w:val="ru-RU"/>
        </w:rPr>
        <w:t>тве участников и мероприятий.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После проведения мероприятия необходимо вернуться в таблицу и дополнить информацию фактическим количеством проведенных мероприятий и участников, а также ссылками на фото-, видеоматериалы и публикации по итогам мероприятия.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Опи</w:t>
      </w:r>
      <w:r w:rsidRPr="003467FF">
        <w:rPr>
          <w:rFonts w:cs="Times New Roman"/>
          <w:b/>
          <w:sz w:val="28"/>
          <w:szCs w:val="28"/>
          <w:lang w:val="ru-RU"/>
        </w:rPr>
        <w:t>сание мероприятий, рекомендованных к реализации в рамках Акции</w:t>
      </w:r>
    </w:p>
    <w:p w:rsidR="00D87762" w:rsidRPr="003467FF" w:rsidRDefault="00186087" w:rsidP="003467FF">
      <w:pPr>
        <w:keepNext/>
        <w:spacing w:before="8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Всероссийский онлайн-флешмоб #</w:t>
      </w:r>
      <w:proofErr w:type="spellStart"/>
      <w:r w:rsidRPr="003467FF">
        <w:rPr>
          <w:rFonts w:cs="Times New Roman"/>
          <w:b/>
          <w:sz w:val="28"/>
          <w:szCs w:val="28"/>
          <w:lang w:val="ru-RU"/>
        </w:rPr>
        <w:t>МойПрезидент</w:t>
      </w:r>
      <w:proofErr w:type="spellEnd"/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В рамках празднования Дня рождения Президента предлагается запустить онлайн-флешмоб, в ходе которого участники на личных страницах в социальных сетях </w:t>
      </w:r>
      <w:r w:rsidRPr="003467FF">
        <w:rPr>
          <w:rFonts w:cs="Times New Roman"/>
          <w:sz w:val="28"/>
          <w:szCs w:val="28"/>
          <w:lang w:val="ru-RU"/>
        </w:rPr>
        <w:t>публикуют поздравления и слова благодарности за предоставленные возможности, мотивацию, защиту и помощь.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Срок реализации: 7 октября 2026 года.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Основные этапы подготовки и реализации формата: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1. Проинформировать участников о проведении онлайн-флешмоба.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2. </w:t>
      </w:r>
      <w:r w:rsidRPr="003467FF">
        <w:rPr>
          <w:rFonts w:cs="Times New Roman"/>
          <w:sz w:val="28"/>
          <w:szCs w:val="28"/>
          <w:lang w:val="ru-RU"/>
        </w:rPr>
        <w:t>Подготовить и опубликовать поздравление на личной странице или странице организации в социальной сети.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3. Использовать хештеги #</w:t>
      </w:r>
      <w:proofErr w:type="spellStart"/>
      <w:r w:rsidRPr="003467FF">
        <w:rPr>
          <w:rFonts w:cs="Times New Roman"/>
          <w:sz w:val="28"/>
          <w:szCs w:val="28"/>
          <w:lang w:val="ru-RU"/>
        </w:rPr>
        <w:t>НеСловомАделом</w:t>
      </w:r>
      <w:proofErr w:type="spellEnd"/>
      <w:r w:rsidRPr="003467FF">
        <w:rPr>
          <w:rFonts w:cs="Times New Roman"/>
          <w:sz w:val="28"/>
          <w:szCs w:val="28"/>
          <w:lang w:val="ru-RU"/>
        </w:rPr>
        <w:t xml:space="preserve"> и #</w:t>
      </w:r>
      <w:proofErr w:type="spellStart"/>
      <w:r w:rsidRPr="003467FF">
        <w:rPr>
          <w:rFonts w:cs="Times New Roman"/>
          <w:sz w:val="28"/>
          <w:szCs w:val="28"/>
          <w:lang w:val="ru-RU"/>
        </w:rPr>
        <w:t>МойПрезидент</w:t>
      </w:r>
      <w:proofErr w:type="spellEnd"/>
      <w:r w:rsidRPr="003467FF">
        <w:rPr>
          <w:rFonts w:cs="Times New Roman"/>
          <w:sz w:val="28"/>
          <w:szCs w:val="28"/>
          <w:lang w:val="ru-RU"/>
        </w:rPr>
        <w:t>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4. Внести информацию об участии и ссылку на публикацию в отчетную таблицу.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 xml:space="preserve">Добрые и общественно </w:t>
      </w:r>
      <w:r w:rsidRPr="003467FF">
        <w:rPr>
          <w:rFonts w:cs="Times New Roman"/>
          <w:b/>
          <w:sz w:val="28"/>
          <w:szCs w:val="28"/>
          <w:lang w:val="ru-RU"/>
        </w:rPr>
        <w:t>полезные дела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Предлагается организовать социально значимые мероприятия, в которых поздравление выражается через конкретные полезные дела и помощь людям.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Возможные направления: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просветительские и добровольческие мероприятия в сфере здравоохранения;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помо</w:t>
      </w:r>
      <w:r w:rsidRPr="003467FF">
        <w:rPr>
          <w:rFonts w:cs="Times New Roman"/>
          <w:sz w:val="28"/>
          <w:szCs w:val="28"/>
          <w:lang w:val="ru-RU"/>
        </w:rPr>
        <w:t>щь ветеранам Великой Отечественной войны и детям войны;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сбор помощи для нужд военнослужащих, проходящих службу в рамках специальной военной операции;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бесплатные спортивные мастер-классы и открытые тренировки для детей и социально незащищенных категорий</w:t>
      </w:r>
      <w:r w:rsidRPr="003467FF">
        <w:rPr>
          <w:rFonts w:cs="Times New Roman"/>
          <w:sz w:val="28"/>
          <w:szCs w:val="28"/>
          <w:lang w:val="ru-RU"/>
        </w:rPr>
        <w:t xml:space="preserve"> граждан;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другие добровольческие и благотворительные инициативы, соответствующие основному посылу «Не словом, а делом».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Срок реализации: 7 октября 2026 года.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Основные этапы подготовки и реализации формата: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lastRenderedPageBreak/>
        <w:t>1. Определить социально значимую инициативу и це</w:t>
      </w:r>
      <w:r w:rsidRPr="003467FF">
        <w:rPr>
          <w:rFonts w:cs="Times New Roman"/>
          <w:sz w:val="28"/>
          <w:szCs w:val="28"/>
          <w:lang w:val="ru-RU"/>
        </w:rPr>
        <w:t>левую аудиторию мероприятия.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2. Определить площадку, партнеров и необходимый объем ресурсов.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3. Привлечь добровольцев и участников, провести мероприятие.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4. Обеспечить фото- и </w:t>
      </w:r>
      <w:proofErr w:type="gramStart"/>
      <w:r w:rsidRPr="003467FF">
        <w:rPr>
          <w:rFonts w:cs="Times New Roman"/>
          <w:sz w:val="28"/>
          <w:szCs w:val="28"/>
          <w:lang w:val="ru-RU"/>
        </w:rPr>
        <w:t>видеосъемку</w:t>
      </w:r>
      <w:proofErr w:type="gramEnd"/>
      <w:r w:rsidRPr="003467FF">
        <w:rPr>
          <w:rFonts w:cs="Times New Roman"/>
          <w:sz w:val="28"/>
          <w:szCs w:val="28"/>
          <w:lang w:val="ru-RU"/>
        </w:rPr>
        <w:t xml:space="preserve"> и информационное сопровождение.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5. Внести фактические результаты и </w:t>
      </w:r>
      <w:r w:rsidRPr="003467FF">
        <w:rPr>
          <w:rFonts w:cs="Times New Roman"/>
          <w:sz w:val="28"/>
          <w:szCs w:val="28"/>
          <w:lang w:val="ru-RU"/>
        </w:rPr>
        <w:t>ссылки на материалы в отчетную таблицу.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Семейные добровольческие акции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Российским семьям предлагается поздравить Президента добрыми делами, направленными на укрепление традиционных ценностей, взаимопомощь и поддержку окружающих.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Возможные форматы: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суббот</w:t>
      </w:r>
      <w:r w:rsidRPr="003467FF">
        <w:rPr>
          <w:rFonts w:cs="Times New Roman"/>
          <w:sz w:val="28"/>
          <w:szCs w:val="28"/>
          <w:lang w:val="ru-RU"/>
        </w:rPr>
        <w:t>ники и другие совместные семейные добровольческие мероприятия;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помощь пожилым соседям и людям, нуждающимся в поддержке;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доставка помощи семьям из приграничных регионов;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семейные спортивные мероприятия и массовые зарядки;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· другие совместные </w:t>
      </w:r>
      <w:r w:rsidRPr="003467FF">
        <w:rPr>
          <w:rFonts w:cs="Times New Roman"/>
          <w:sz w:val="28"/>
          <w:szCs w:val="28"/>
          <w:lang w:val="ru-RU"/>
        </w:rPr>
        <w:t>общественно полезные инициативы.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Срок реализации: 7 октября 2026 года.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Основные этапы подготовки и реализации формата: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1. Выбрать формат семейного участия и определить место проведения.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2. Привлечь семьи к участию и при необходимости партнерские организаци</w:t>
      </w:r>
      <w:r w:rsidRPr="003467FF">
        <w:rPr>
          <w:rFonts w:cs="Times New Roman"/>
          <w:sz w:val="28"/>
          <w:szCs w:val="28"/>
          <w:lang w:val="ru-RU"/>
        </w:rPr>
        <w:t>и.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3. Провести мероприятие, обеспечить фото- и видеосъемку.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4. Внести результаты и ссылки на материалы в отчетную таблицу.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Экологическая акция «Не словом, а делом»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В День рождения Президента предлагается провести экологические мероприятия, направленные на </w:t>
      </w:r>
      <w:r w:rsidRPr="003467FF">
        <w:rPr>
          <w:rFonts w:cs="Times New Roman"/>
          <w:sz w:val="28"/>
          <w:szCs w:val="28"/>
          <w:lang w:val="ru-RU"/>
        </w:rPr>
        <w:t>сохранение и восстановление природных территорий.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Форматы проведения: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1. Очистка прибрежных территорий.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2. Субботники.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3. Массовые посадки деревьев молодыми людьми.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4. Посадка редких деревьев.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Срок реализации: 7 октября 2026 года.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Основные этапы подготовки</w:t>
      </w:r>
      <w:r w:rsidRPr="003467FF">
        <w:rPr>
          <w:rFonts w:cs="Times New Roman"/>
          <w:sz w:val="28"/>
          <w:szCs w:val="28"/>
          <w:lang w:val="ru-RU"/>
        </w:rPr>
        <w:t xml:space="preserve"> и реализации формата: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lastRenderedPageBreak/>
        <w:t>1. Определить территорию и согласовать проведение мероприятия с ответственными организациями.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2. Подготовить необходимый инвентарь и привлечь добровольцев.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3. Провести экологическое мероприятие.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 xml:space="preserve">4. Обеспечить фото- и </w:t>
      </w:r>
      <w:proofErr w:type="gramStart"/>
      <w:r w:rsidRPr="003467FF">
        <w:rPr>
          <w:rFonts w:cs="Times New Roman"/>
          <w:sz w:val="28"/>
          <w:szCs w:val="28"/>
          <w:lang w:val="ru-RU"/>
        </w:rPr>
        <w:t>видеосъемку</w:t>
      </w:r>
      <w:proofErr w:type="gramEnd"/>
      <w:r w:rsidRPr="003467FF">
        <w:rPr>
          <w:rFonts w:cs="Times New Roman"/>
          <w:sz w:val="28"/>
          <w:szCs w:val="28"/>
          <w:lang w:val="ru-RU"/>
        </w:rPr>
        <w:t xml:space="preserve"> и ин</w:t>
      </w:r>
      <w:r w:rsidRPr="003467FF">
        <w:rPr>
          <w:rFonts w:cs="Times New Roman"/>
          <w:sz w:val="28"/>
          <w:szCs w:val="28"/>
          <w:lang w:val="ru-RU"/>
        </w:rPr>
        <w:t>формационное сопровождение.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5. Внести результаты и ссылки на материалы в отчетную таблицу.</w:t>
      </w:r>
    </w:p>
    <w:p w:rsidR="00D87762" w:rsidRPr="003467FF" w:rsidRDefault="00186087" w:rsidP="003467FF">
      <w:pPr>
        <w:keepNext/>
        <w:spacing w:before="160" w:after="80"/>
        <w:ind w:firstLine="720"/>
        <w:jc w:val="center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b/>
          <w:sz w:val="28"/>
          <w:szCs w:val="28"/>
          <w:lang w:val="ru-RU"/>
        </w:rPr>
        <w:t>Видеопоздравления для Президента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Предлагается организовать запись видеопоздравлений от жителей регионов, молодежных и общественных объединений, добровольцев и семей.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Возможные форматы: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поздравления на языках народов России с демонстрацией языкового и культурного многообразия страны;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видеопоздравления от детей и молодежи;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коллективные видеопоздравления от участников общественных и добровольческих объединений;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· в</w:t>
      </w:r>
      <w:r w:rsidRPr="003467FF">
        <w:rPr>
          <w:rFonts w:cs="Times New Roman"/>
          <w:sz w:val="28"/>
          <w:szCs w:val="28"/>
          <w:lang w:val="ru-RU"/>
        </w:rPr>
        <w:t>идеопоздравления, записанные в рамках социально значимых, экологических, спортивных и иных мероприятий.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Срок реализации: 7 октября 2026 года.</w:t>
      </w:r>
    </w:p>
    <w:p w:rsidR="00D87762" w:rsidRPr="003467FF" w:rsidRDefault="00186087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Основные этапы подготовки и реализации формата: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1. Определить участников и формат видеопоздравления.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2. Подготовит</w:t>
      </w:r>
      <w:r w:rsidRPr="003467FF">
        <w:rPr>
          <w:rFonts w:cs="Times New Roman"/>
          <w:sz w:val="28"/>
          <w:szCs w:val="28"/>
          <w:lang w:val="ru-RU"/>
        </w:rPr>
        <w:t>ь краткий сценарный план.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3. Обеспечить качественную видеосъемку.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bookmarkStart w:id="0" w:name="_GoBack"/>
      <w:bookmarkEnd w:id="0"/>
      <w:r w:rsidRPr="003467FF">
        <w:rPr>
          <w:rFonts w:cs="Times New Roman"/>
          <w:sz w:val="28"/>
          <w:szCs w:val="28"/>
          <w:lang w:val="ru-RU"/>
        </w:rPr>
        <w:t>4. Опубликовать материал с хештегами #</w:t>
      </w:r>
      <w:proofErr w:type="spellStart"/>
      <w:r w:rsidRPr="003467FF">
        <w:rPr>
          <w:rFonts w:cs="Times New Roman"/>
          <w:sz w:val="28"/>
          <w:szCs w:val="28"/>
          <w:lang w:val="ru-RU"/>
        </w:rPr>
        <w:t>НеСловомАделом</w:t>
      </w:r>
      <w:proofErr w:type="spellEnd"/>
      <w:r w:rsidRPr="003467FF">
        <w:rPr>
          <w:rFonts w:cs="Times New Roman"/>
          <w:sz w:val="28"/>
          <w:szCs w:val="28"/>
          <w:lang w:val="ru-RU"/>
        </w:rPr>
        <w:t xml:space="preserve"> и #</w:t>
      </w:r>
      <w:proofErr w:type="spellStart"/>
      <w:r w:rsidRPr="003467FF">
        <w:rPr>
          <w:rFonts w:cs="Times New Roman"/>
          <w:sz w:val="28"/>
          <w:szCs w:val="28"/>
          <w:lang w:val="ru-RU"/>
        </w:rPr>
        <w:t>МойПрезидент</w:t>
      </w:r>
      <w:proofErr w:type="spellEnd"/>
      <w:r w:rsidRPr="003467FF">
        <w:rPr>
          <w:rFonts w:cs="Times New Roman"/>
          <w:sz w:val="28"/>
          <w:szCs w:val="28"/>
          <w:lang w:val="ru-RU"/>
        </w:rPr>
        <w:t>.</w:t>
      </w:r>
    </w:p>
    <w:p w:rsidR="00D87762" w:rsidRPr="003467FF" w:rsidRDefault="00186087" w:rsidP="003467FF">
      <w:pPr>
        <w:ind w:left="369" w:firstLine="720"/>
        <w:jc w:val="both"/>
        <w:rPr>
          <w:rFonts w:cs="Times New Roman"/>
          <w:sz w:val="28"/>
          <w:szCs w:val="28"/>
          <w:lang w:val="ru-RU"/>
        </w:rPr>
      </w:pPr>
      <w:r w:rsidRPr="003467FF">
        <w:rPr>
          <w:rFonts w:cs="Times New Roman"/>
          <w:sz w:val="28"/>
          <w:szCs w:val="28"/>
          <w:lang w:val="ru-RU"/>
        </w:rPr>
        <w:t>5. Внести ссылку на публикацию или видеоматериал в отчетную таблицу.</w:t>
      </w:r>
    </w:p>
    <w:p w:rsidR="00186087" w:rsidRPr="00186087" w:rsidRDefault="00186087" w:rsidP="00186087">
      <w:pPr>
        <w:ind w:left="-142" w:firstLine="851"/>
        <w:jc w:val="both"/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</w:pPr>
      <w:r w:rsidRPr="00186087">
        <w:rPr>
          <w:rFonts w:cs="Times New Roman"/>
          <w:color w:val="011C29"/>
          <w:sz w:val="28"/>
          <w:szCs w:val="28"/>
          <w:shd w:val="clear" w:color="auto" w:fill="FFFFFF"/>
          <w:lang w:val="ru-RU"/>
        </w:rPr>
        <w:t>Техническое задание для съемки видеороликов (2 вкладки: для семей и общественных организаций:</w:t>
      </w:r>
    </w:p>
    <w:p w:rsidR="00186087" w:rsidRPr="00186087" w:rsidRDefault="00186087" w:rsidP="00186087">
      <w:pPr>
        <w:ind w:firstLine="720"/>
        <w:jc w:val="both"/>
        <w:rPr>
          <w:rFonts w:cs="Times New Roman"/>
          <w:b/>
          <w:sz w:val="28"/>
          <w:szCs w:val="28"/>
          <w:lang w:val="ru-RU"/>
        </w:rPr>
      </w:pPr>
      <w:r w:rsidRPr="00186087">
        <w:rPr>
          <w:rFonts w:cs="Times New Roman"/>
          <w:b/>
          <w:sz w:val="28"/>
          <w:szCs w:val="28"/>
          <w:shd w:val="clear" w:color="auto" w:fill="FFFFFF"/>
        </w:rPr>
        <w:t>https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://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docs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.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google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.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com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document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d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/1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hWZpiTtdmWovai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15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ZmaOJF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4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RTX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21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mWxgJZ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1</w:t>
      </w:r>
      <w:proofErr w:type="spellStart"/>
      <w:r w:rsidRPr="00186087">
        <w:rPr>
          <w:rFonts w:cs="Times New Roman"/>
          <w:b/>
          <w:sz w:val="28"/>
          <w:szCs w:val="28"/>
          <w:shd w:val="clear" w:color="auto" w:fill="FFFFFF"/>
        </w:rPr>
        <w:t>bJPd</w:t>
      </w:r>
      <w:proofErr w:type="spellEnd"/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3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YO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0/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edit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?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tab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=</w:t>
      </w:r>
      <w:r w:rsidRPr="00186087">
        <w:rPr>
          <w:rFonts w:cs="Times New Roman"/>
          <w:b/>
          <w:sz w:val="28"/>
          <w:szCs w:val="28"/>
          <w:shd w:val="clear" w:color="auto" w:fill="FFFFFF"/>
        </w:rPr>
        <w:t>t</w:t>
      </w:r>
      <w:r w:rsidRPr="00186087">
        <w:rPr>
          <w:rFonts w:cs="Times New Roman"/>
          <w:b/>
          <w:sz w:val="28"/>
          <w:szCs w:val="28"/>
          <w:shd w:val="clear" w:color="auto" w:fill="FFFFFF"/>
          <w:lang w:val="ru-RU"/>
        </w:rPr>
        <w:t>.0</w:t>
      </w:r>
    </w:p>
    <w:p w:rsidR="00D87762" w:rsidRPr="003467FF" w:rsidRDefault="00D87762" w:rsidP="003467FF">
      <w:pPr>
        <w:ind w:firstLine="720"/>
        <w:jc w:val="both"/>
        <w:rPr>
          <w:rFonts w:cs="Times New Roman"/>
          <w:sz w:val="28"/>
          <w:szCs w:val="28"/>
          <w:lang w:val="ru-RU"/>
        </w:rPr>
      </w:pPr>
    </w:p>
    <w:p w:rsidR="00D87762" w:rsidRPr="003467FF" w:rsidRDefault="00186087" w:rsidP="003467FF">
      <w:pPr>
        <w:ind w:firstLine="720"/>
        <w:jc w:val="both"/>
        <w:rPr>
          <w:rFonts w:cs="Times New Roman"/>
          <w:szCs w:val="24"/>
          <w:lang w:val="ru-RU"/>
        </w:rPr>
      </w:pPr>
      <w:r w:rsidRPr="003467FF">
        <w:rPr>
          <w:rFonts w:cs="Times New Roman"/>
          <w:i/>
          <w:szCs w:val="24"/>
          <w:lang w:val="ru-RU"/>
        </w:rPr>
        <w:t>Примечание: документ подготовлен на основании конц</w:t>
      </w:r>
      <w:r w:rsidRPr="003467FF">
        <w:rPr>
          <w:rFonts w:cs="Times New Roman"/>
          <w:i/>
          <w:szCs w:val="24"/>
          <w:lang w:val="ru-RU"/>
        </w:rPr>
        <w:t xml:space="preserve">ептуальной презентации мероприятий ко Дню рождения Президента Российской Федерации. </w:t>
      </w:r>
    </w:p>
    <w:sectPr w:rsidR="00D87762" w:rsidRPr="003467FF" w:rsidSect="00346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087"/>
    <w:rsid w:val="0029639D"/>
    <w:rsid w:val="00326F90"/>
    <w:rsid w:val="003467FF"/>
    <w:rsid w:val="00AA1D8D"/>
    <w:rsid w:val="00B47730"/>
    <w:rsid w:val="00CB0664"/>
    <w:rsid w:val="00D877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C0D20"/>
  <w14:defaultImageDpi w14:val="300"/>
  <w15:docId w15:val="{D63DD0C4-ED59-4A01-B8B8-8FF8FAFA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186087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397" w:hanging="198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467FF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346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0AE773-BE69-41B2-BFB8-37401FDB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4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Гришанкина Анастасия Эдуардовна</cp:lastModifiedBy>
  <cp:revision>3</cp:revision>
  <dcterms:created xsi:type="dcterms:W3CDTF">2013-12-23T23:15:00Z</dcterms:created>
  <dcterms:modified xsi:type="dcterms:W3CDTF">2026-10-06T08:41:00Z</dcterms:modified>
  <cp:category/>
</cp:coreProperties>
</file>