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E24C5" w:rsidRPr="007E24C5" w:rsidRDefault="007E24C5" w:rsidP="007E24C5">
      <w:pPr>
        <w:pStyle w:val="aa"/>
        <w:spacing w:after="40" w:line="259" w:lineRule="auto"/>
        <w:jc w:val="center"/>
        <w:rPr>
          <w:lang w:val="ru-RU"/>
        </w:rPr>
      </w:pPr>
      <w:r w:rsidRPr="007E24C5">
        <w:rPr>
          <w:lang w:val="ru-RU"/>
        </w:rPr>
        <w:t>БИБЛИОТЕКА ИЗ 50 МАСТЕР-ПРОМПТОВ</w:t>
      </w:r>
      <w:r w:rsidRPr="007E24C5">
        <w:rPr>
          <w:lang w:val="ru-RU"/>
        </w:rPr>
        <w:br/>
        <w:t xml:space="preserve">ДЛЯ </w:t>
      </w:r>
      <w:r>
        <w:t>WILDBERRIES</w:t>
      </w:r>
      <w:r w:rsidRPr="007E24C5">
        <w:rPr>
          <w:lang w:val="ru-RU"/>
        </w:rPr>
        <w:t xml:space="preserve"> И МАРКЕТПЛЕЙСОВ</w:t>
      </w:r>
    </w:p>
    <w:p w:rsidR="007E24C5" w:rsidRPr="007E24C5" w:rsidRDefault="007E24C5" w:rsidP="007E24C5">
      <w:pPr>
        <w:spacing w:after="40" w:line="259" w:lineRule="auto"/>
        <w:jc w:val="center"/>
        <w:rPr>
          <w:lang w:val="ru-RU"/>
        </w:rPr>
      </w:pPr>
      <w:r w:rsidRPr="007E24C5">
        <w:rPr>
          <w:i/>
          <w:sz w:val="23"/>
          <w:lang w:val="ru-RU"/>
        </w:rPr>
        <w:t>Готовый платный бонус для селлеров, экспертов и продюсеров проектов на маркетплейсах</w:t>
      </w:r>
    </w:p>
    <w:p w:rsidR="007E24C5" w:rsidRPr="007E24C5" w:rsidRDefault="007E24C5" w:rsidP="007E24C5">
      <w:pPr>
        <w:rPr>
          <w:lang w:val="ru-RU"/>
        </w:rPr>
      </w:pPr>
    </w:p>
    <w:p w:rsidR="007E24C5" w:rsidRPr="007E24C5" w:rsidRDefault="007E24C5" w:rsidP="007E24C5">
      <w:pPr>
        <w:spacing w:after="40" w:line="259" w:lineRule="auto"/>
        <w:rPr>
          <w:lang w:val="ru-RU"/>
        </w:rPr>
      </w:pPr>
      <w:r w:rsidRPr="007E24C5">
        <w:rPr>
          <w:lang w:val="ru-RU"/>
        </w:rPr>
        <w:t xml:space="preserve">Эта библиотека помогает ускорить запуск товаров, улучшить карточки, усилить </w:t>
      </w:r>
      <w:r>
        <w:t>SEO</w:t>
      </w:r>
      <w:r w:rsidRPr="007E24C5">
        <w:rPr>
          <w:lang w:val="ru-RU"/>
        </w:rPr>
        <w:t xml:space="preserve"> и сократить ручную работу.</w:t>
      </w:r>
    </w:p>
    <w:p w:rsidR="007E24C5" w:rsidRPr="007E24C5" w:rsidRDefault="007E24C5" w:rsidP="007E24C5">
      <w:pPr>
        <w:spacing w:after="40" w:line="259" w:lineRule="auto"/>
        <w:rPr>
          <w:lang w:val="ru-RU"/>
        </w:rPr>
      </w:pPr>
      <w:r w:rsidRPr="007E24C5">
        <w:rPr>
          <w:lang w:val="ru-RU"/>
        </w:rPr>
        <w:t xml:space="preserve">Каждый промпт можно копировать в </w:t>
      </w:r>
      <w:r>
        <w:t>ChatGPT</w:t>
      </w:r>
      <w:r w:rsidRPr="007E24C5">
        <w:rPr>
          <w:lang w:val="ru-RU"/>
        </w:rPr>
        <w:t xml:space="preserve"> и подставлять свои данные в квадратных скобках.</w:t>
      </w:r>
    </w:p>
    <w:p w:rsidR="007E24C5" w:rsidRPr="007E24C5" w:rsidRDefault="007E24C5" w:rsidP="007E24C5">
      <w:pPr>
        <w:spacing w:after="40" w:line="259" w:lineRule="auto"/>
        <w:rPr>
          <w:lang w:val="ru-RU"/>
        </w:rPr>
      </w:pPr>
      <w:r w:rsidRPr="007E24C5">
        <w:rPr>
          <w:lang w:val="ru-RU"/>
        </w:rPr>
        <w:t xml:space="preserve">Материал закрывает основные задачи продавца: ниша, конкуренты, </w:t>
      </w:r>
      <w:r>
        <w:t>SEO</w:t>
      </w:r>
      <w:r w:rsidRPr="007E24C5">
        <w:rPr>
          <w:lang w:val="ru-RU"/>
        </w:rPr>
        <w:t>, карточка, визуал, отзывы, реклама, контент и масштабирование.</w:t>
      </w:r>
    </w:p>
    <w:p w:rsidR="007E24C5" w:rsidRPr="007E24C5" w:rsidRDefault="007E24C5" w:rsidP="007E24C5">
      <w:pPr>
        <w:pStyle w:val="1"/>
        <w:spacing w:before="0" w:after="40" w:line="259" w:lineRule="auto"/>
        <w:rPr>
          <w:lang w:val="ru-RU"/>
        </w:rPr>
      </w:pPr>
      <w:r w:rsidRPr="007E24C5">
        <w:rPr>
          <w:b w:val="0"/>
          <w:lang w:val="ru-RU"/>
        </w:rPr>
        <w:t>Как пользоваться библиотекой</w:t>
      </w:r>
    </w:p>
    <w:p w:rsidR="007E24C5" w:rsidRPr="007E24C5" w:rsidRDefault="007E24C5" w:rsidP="007E24C5">
      <w:pPr>
        <w:spacing w:after="40" w:line="259" w:lineRule="auto"/>
        <w:rPr>
          <w:lang w:val="ru-RU"/>
        </w:rPr>
      </w:pPr>
      <w:r w:rsidRPr="007E24C5">
        <w:rPr>
          <w:lang w:val="ru-RU"/>
        </w:rPr>
        <w:t>1. Выберите нужную задачу и откройте соответствующий промпт.</w:t>
      </w:r>
    </w:p>
    <w:p w:rsidR="007E24C5" w:rsidRPr="007E24C5" w:rsidRDefault="007E24C5" w:rsidP="007E24C5">
      <w:pPr>
        <w:spacing w:after="40" w:line="259" w:lineRule="auto"/>
        <w:rPr>
          <w:lang w:val="ru-RU"/>
        </w:rPr>
      </w:pPr>
      <w:r w:rsidRPr="007E24C5">
        <w:rPr>
          <w:lang w:val="ru-RU"/>
        </w:rPr>
        <w:t>2. Замените данные в квадратных скобках на свои значения.</w:t>
      </w:r>
    </w:p>
    <w:p w:rsidR="007E24C5" w:rsidRPr="007E24C5" w:rsidRDefault="007E24C5" w:rsidP="007E24C5">
      <w:pPr>
        <w:spacing w:after="40" w:line="259" w:lineRule="auto"/>
        <w:rPr>
          <w:lang w:val="ru-RU"/>
        </w:rPr>
      </w:pPr>
      <w:r w:rsidRPr="007E24C5">
        <w:rPr>
          <w:lang w:val="ru-RU"/>
        </w:rPr>
        <w:t>3. При необходимости уточните товар, цену, аудиторию, нишу и географию продаж.</w:t>
      </w:r>
    </w:p>
    <w:p w:rsidR="007E24C5" w:rsidRPr="007E24C5" w:rsidRDefault="007E24C5" w:rsidP="007E24C5">
      <w:pPr>
        <w:spacing w:after="40" w:line="259" w:lineRule="auto"/>
        <w:rPr>
          <w:lang w:val="ru-RU"/>
        </w:rPr>
      </w:pPr>
      <w:r w:rsidRPr="007E24C5">
        <w:rPr>
          <w:lang w:val="ru-RU"/>
        </w:rPr>
        <w:t>4. Используйте ответ как основу для карточки, рекламы, контента или стратегии роста.</w:t>
      </w:r>
    </w:p>
    <w:p w:rsidR="007E24C5" w:rsidRPr="007E24C5" w:rsidRDefault="007E24C5" w:rsidP="007E24C5">
      <w:pPr>
        <w:rPr>
          <w:lang w:val="ru-RU"/>
        </w:rPr>
      </w:pPr>
      <w:r w:rsidRPr="007E24C5">
        <w:rPr>
          <w:lang w:val="ru-RU"/>
        </w:rPr>
        <w:br w:type="page"/>
      </w:r>
    </w:p>
    <w:p w:rsidR="007E24C5" w:rsidRPr="007E24C5" w:rsidRDefault="007E24C5" w:rsidP="007E24C5">
      <w:pPr>
        <w:pStyle w:val="1"/>
        <w:spacing w:before="0" w:after="40" w:line="259" w:lineRule="auto"/>
        <w:rPr>
          <w:lang w:val="ru-RU"/>
        </w:rPr>
      </w:pPr>
      <w:r w:rsidRPr="007E24C5">
        <w:rPr>
          <w:b w:val="0"/>
          <w:lang w:val="ru-RU"/>
        </w:rPr>
        <w:lastRenderedPageBreak/>
        <w:t>РАЗДЕЛ 1. АНАЛИЗ ТОВАРА, НИШИ И КОНКУРЕНТОВ</w:t>
      </w:r>
    </w:p>
    <w:p w:rsidR="007E24C5" w:rsidRPr="007E24C5" w:rsidRDefault="007E24C5" w:rsidP="007E24C5">
      <w:pPr>
        <w:pStyle w:val="21"/>
        <w:spacing w:before="100" w:after="40" w:line="259" w:lineRule="auto"/>
        <w:rPr>
          <w:lang w:val="ru-RU"/>
        </w:rPr>
      </w:pPr>
      <w:r w:rsidRPr="007E24C5">
        <w:rPr>
          <w:b w:val="0"/>
          <w:lang w:val="ru-RU"/>
        </w:rPr>
        <w:t>ПРОМПТ №1. Полный аудит товара</w:t>
      </w:r>
    </w:p>
    <w:p w:rsidR="007E24C5" w:rsidRPr="007E24C5" w:rsidRDefault="007E24C5" w:rsidP="007E24C5">
      <w:pPr>
        <w:spacing w:after="40" w:line="259" w:lineRule="auto"/>
        <w:rPr>
          <w:lang w:val="ru-RU"/>
        </w:rPr>
      </w:pPr>
      <w:r w:rsidRPr="007E24C5">
        <w:rPr>
          <w:b/>
          <w:lang w:val="ru-RU"/>
        </w:rPr>
        <w:t>Назначение: Глубокая диагностика продукта перед запуском или масштабированием.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Pr="007E24C5" w:rsidRDefault="007E24C5" w:rsidP="007E24C5">
      <w:pPr>
        <w:pStyle w:val="a0"/>
        <w:spacing w:after="0" w:line="259" w:lineRule="auto"/>
        <w:rPr>
          <w:lang w:val="ru-RU"/>
        </w:rPr>
      </w:pPr>
      <w:r w:rsidRPr="007E24C5">
        <w:rPr>
          <w:lang w:val="ru-RU"/>
        </w:rPr>
        <w:t xml:space="preserve">Выступи в роли эксперта по </w:t>
      </w:r>
      <w:r>
        <w:t>Wildberries</w:t>
      </w:r>
      <w:r w:rsidRPr="007E24C5">
        <w:rPr>
          <w:lang w:val="ru-RU"/>
        </w:rPr>
        <w:t>, маркетолога и аналитика.</w:t>
      </w:r>
    </w:p>
    <w:p w:rsidR="007E24C5" w:rsidRPr="007E24C5" w:rsidRDefault="007E24C5" w:rsidP="007E24C5">
      <w:pPr>
        <w:pStyle w:val="a0"/>
        <w:spacing w:after="0" w:line="259" w:lineRule="auto"/>
        <w:rPr>
          <w:lang w:val="ru-RU"/>
        </w:rPr>
      </w:pPr>
      <w:r w:rsidRPr="007E24C5">
        <w:rPr>
          <w:lang w:val="ru-RU"/>
        </w:rPr>
        <w:t>Проведи полный аудит товара: [указать товар].</w:t>
      </w:r>
    </w:p>
    <w:p w:rsidR="007E24C5" w:rsidRPr="007E24C5" w:rsidRDefault="007E24C5" w:rsidP="007E24C5">
      <w:pPr>
        <w:pStyle w:val="a0"/>
        <w:spacing w:after="0" w:line="259" w:lineRule="auto"/>
        <w:rPr>
          <w:lang w:val="ru-RU"/>
        </w:rPr>
      </w:pPr>
      <w:r w:rsidRPr="007E24C5">
        <w:rPr>
          <w:lang w:val="ru-RU"/>
        </w:rPr>
        <w:t>Определи целевую аудиторию, боли покупателей, сильные и слабые стороны, возражения, преимущества и риски.</w:t>
      </w:r>
    </w:p>
    <w:p w:rsidR="007E24C5" w:rsidRPr="007E24C5" w:rsidRDefault="007E24C5" w:rsidP="007E24C5">
      <w:pPr>
        <w:pStyle w:val="a0"/>
        <w:spacing w:after="0" w:line="259" w:lineRule="auto"/>
        <w:rPr>
          <w:lang w:val="ru-RU"/>
        </w:rPr>
      </w:pPr>
      <w:r w:rsidRPr="007E24C5">
        <w:rPr>
          <w:lang w:val="ru-RU"/>
        </w:rPr>
        <w:t>Сделай вывод, как увеличить продажи и в каком сегменте товар будет продаваться лучше всего.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Сводный отчет по товару.</w:t>
      </w:r>
    </w:p>
    <w:p w:rsidR="007E24C5" w:rsidRPr="007E24C5" w:rsidRDefault="007E24C5" w:rsidP="007E24C5">
      <w:pPr>
        <w:pStyle w:val="a0"/>
        <w:spacing w:after="0" w:line="259" w:lineRule="auto"/>
        <w:rPr>
          <w:lang w:val="ru-RU"/>
        </w:rPr>
      </w:pPr>
      <w:r w:rsidRPr="007E24C5">
        <w:rPr>
          <w:lang w:val="ru-RU"/>
        </w:rPr>
        <w:t>Таблица: проблема клиента / решение / выгода / рекламный акцент.</w:t>
      </w:r>
    </w:p>
    <w:p w:rsidR="007E24C5" w:rsidRPr="007E24C5" w:rsidRDefault="007E24C5" w:rsidP="007E24C5">
      <w:pPr>
        <w:pStyle w:val="a0"/>
        <w:spacing w:after="0" w:line="259" w:lineRule="auto"/>
        <w:rPr>
          <w:lang w:val="ru-RU"/>
        </w:rPr>
      </w:pPr>
      <w:r w:rsidRPr="007E24C5">
        <w:rPr>
          <w:lang w:val="ru-RU"/>
        </w:rPr>
        <w:t xml:space="preserve">План увеличения продаж на </w:t>
      </w:r>
      <w:r>
        <w:t>Wildberries</w:t>
      </w:r>
      <w:r w:rsidRPr="007E24C5">
        <w:rPr>
          <w:lang w:val="ru-RU"/>
        </w:rPr>
        <w:t>.</w:t>
      </w:r>
    </w:p>
    <w:p w:rsidR="007E24C5" w:rsidRPr="007E24C5" w:rsidRDefault="007E24C5" w:rsidP="007E24C5">
      <w:pPr>
        <w:rPr>
          <w:lang w:val="ru-RU"/>
        </w:rPr>
      </w:pPr>
    </w:p>
    <w:p w:rsidR="007E24C5" w:rsidRPr="007E24C5" w:rsidRDefault="007E24C5" w:rsidP="007E24C5">
      <w:pPr>
        <w:pStyle w:val="21"/>
        <w:spacing w:before="100" w:after="40" w:line="259" w:lineRule="auto"/>
        <w:rPr>
          <w:lang w:val="ru-RU"/>
        </w:rPr>
      </w:pPr>
      <w:r w:rsidRPr="007E24C5">
        <w:rPr>
          <w:b w:val="0"/>
          <w:lang w:val="ru-RU"/>
        </w:rPr>
        <w:t>ПРОМПТ №2. Поиск прибыльной ниши</w:t>
      </w:r>
    </w:p>
    <w:p w:rsidR="007E24C5" w:rsidRPr="007E24C5" w:rsidRDefault="007E24C5" w:rsidP="007E24C5">
      <w:pPr>
        <w:spacing w:after="40" w:line="259" w:lineRule="auto"/>
        <w:rPr>
          <w:lang w:val="ru-RU"/>
        </w:rPr>
      </w:pPr>
      <w:r w:rsidRPr="007E24C5">
        <w:rPr>
          <w:b/>
          <w:lang w:val="ru-RU"/>
        </w:rPr>
        <w:t>Назначение: Отбор товаров с высоким спросом и приемлемой конкуренцией.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Pr="007E24C5" w:rsidRDefault="007E24C5" w:rsidP="007E24C5">
      <w:pPr>
        <w:pStyle w:val="a0"/>
        <w:spacing w:after="0" w:line="259" w:lineRule="auto"/>
        <w:rPr>
          <w:lang w:val="ru-RU"/>
        </w:rPr>
      </w:pPr>
      <w:r w:rsidRPr="007E24C5">
        <w:rPr>
          <w:lang w:val="ru-RU"/>
        </w:rPr>
        <w:t xml:space="preserve">Подбери 20 перспективных товаров для запуска на </w:t>
      </w:r>
      <w:r>
        <w:t>Wildberries</w:t>
      </w:r>
      <w:r w:rsidRPr="007E24C5">
        <w:rPr>
          <w:lang w:val="ru-RU"/>
        </w:rPr>
        <w:t>.</w:t>
      </w:r>
    </w:p>
    <w:p w:rsidR="007E24C5" w:rsidRPr="007E24C5" w:rsidRDefault="007E24C5" w:rsidP="007E24C5">
      <w:pPr>
        <w:pStyle w:val="a0"/>
        <w:spacing w:after="0" w:line="259" w:lineRule="auto"/>
        <w:rPr>
          <w:lang w:val="ru-RU"/>
        </w:rPr>
      </w:pPr>
      <w:r w:rsidRPr="007E24C5">
        <w:rPr>
          <w:lang w:val="ru-RU"/>
        </w:rPr>
        <w:t>Оцени спрос, конкуренцию, маржинальность, логистику, средний чек и потенциал повторных продаж.</w:t>
      </w:r>
    </w:p>
    <w:p w:rsidR="007E24C5" w:rsidRDefault="007E24C5" w:rsidP="007E24C5">
      <w:pPr>
        <w:pStyle w:val="a0"/>
        <w:spacing w:after="0" w:line="259" w:lineRule="auto"/>
      </w:pPr>
      <w:r>
        <w:t>Отметь товары для круглогодичных продаж и товары с выраженной сезонностью.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Список из 20 товаров.</w:t>
      </w:r>
    </w:p>
    <w:p w:rsidR="007E24C5" w:rsidRDefault="007E24C5" w:rsidP="007E24C5">
      <w:pPr>
        <w:pStyle w:val="a0"/>
        <w:spacing w:after="0" w:line="259" w:lineRule="auto"/>
      </w:pPr>
      <w:r>
        <w:t>Краткое обоснование по каждому варианту.</w:t>
      </w:r>
    </w:p>
    <w:p w:rsidR="007E24C5" w:rsidRDefault="007E24C5" w:rsidP="007E24C5">
      <w:pPr>
        <w:pStyle w:val="a0"/>
        <w:spacing w:after="0" w:line="259" w:lineRule="auto"/>
      </w:pPr>
      <w:r>
        <w:t>Рейтинг по перспективности.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№3. Портрет клиента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Детальная buyer persona под конкретный товар.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Создай максимально подробный портрет покупателя товара: [название товара].</w:t>
      </w:r>
    </w:p>
    <w:p w:rsidR="007E24C5" w:rsidRDefault="007E24C5" w:rsidP="007E24C5">
      <w:pPr>
        <w:pStyle w:val="a0"/>
        <w:spacing w:after="0" w:line="259" w:lineRule="auto"/>
      </w:pPr>
      <w:r>
        <w:t>Укажи возраст, пол, доход, профессию, интересы, страхи, желания, цели и причины покупки.</w:t>
      </w:r>
    </w:p>
    <w:p w:rsidR="007E24C5" w:rsidRDefault="007E24C5" w:rsidP="007E24C5">
      <w:pPr>
        <w:pStyle w:val="a0"/>
        <w:spacing w:after="0" w:line="259" w:lineRule="auto"/>
      </w:pPr>
      <w:r>
        <w:t>Раздели аудиторию на сегменты и предложи отдельный рекламный посыл для каждого.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Описание целевой аудитории.</w:t>
      </w:r>
    </w:p>
    <w:p w:rsidR="007E24C5" w:rsidRDefault="007E24C5" w:rsidP="007E24C5">
      <w:pPr>
        <w:pStyle w:val="a0"/>
        <w:spacing w:after="0" w:line="259" w:lineRule="auto"/>
      </w:pPr>
      <w:r>
        <w:t>Сегментация по группам.</w:t>
      </w:r>
    </w:p>
    <w:p w:rsidR="007E24C5" w:rsidRDefault="007E24C5" w:rsidP="007E24C5">
      <w:pPr>
        <w:pStyle w:val="a0"/>
        <w:spacing w:after="0" w:line="259" w:lineRule="auto"/>
      </w:pPr>
      <w:r>
        <w:t>Готовые сообщения для рекламы и карточки.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lastRenderedPageBreak/>
        <w:t>ПРОМПТ №4. Создание УТП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Формирование сильного торгового предложения.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Создай 50 вариантов уникального торгового предложения для товара: [название товара].</w:t>
      </w:r>
    </w:p>
    <w:p w:rsidR="007E24C5" w:rsidRDefault="007E24C5" w:rsidP="007E24C5">
      <w:pPr>
        <w:pStyle w:val="a0"/>
        <w:spacing w:after="0" w:line="259" w:lineRule="auto"/>
      </w:pPr>
      <w:r>
        <w:t>УТП должно быть коротким, ясным, выгодным и отличать товар от конкурентов.</w:t>
      </w:r>
    </w:p>
    <w:p w:rsidR="007E24C5" w:rsidRDefault="007E24C5" w:rsidP="007E24C5">
      <w:pPr>
        <w:pStyle w:val="a0"/>
        <w:spacing w:after="0" w:line="259" w:lineRule="auto"/>
      </w:pPr>
      <w:r>
        <w:t>Используй эмоциональные, рациональные и премиальные формулировки.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50 вариантов УТП.</w:t>
      </w:r>
    </w:p>
    <w:p w:rsidR="007E24C5" w:rsidRDefault="007E24C5" w:rsidP="007E24C5">
      <w:pPr>
        <w:pStyle w:val="a0"/>
        <w:spacing w:after="0" w:line="259" w:lineRule="auto"/>
      </w:pPr>
      <w:r>
        <w:t>10 лучших вариантов с пояснением.</w:t>
      </w:r>
    </w:p>
    <w:p w:rsidR="007E24C5" w:rsidRDefault="007E24C5" w:rsidP="007E24C5">
      <w:pPr>
        <w:pStyle w:val="a0"/>
        <w:spacing w:after="0" w:line="259" w:lineRule="auto"/>
      </w:pPr>
      <w:r>
        <w:t>Рекомендации по применению.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№5. Скрытые преимущества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Преобразование характеристик в продажи.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Для товара: [название] подготовь развернутый список преимуществ.</w:t>
      </w:r>
    </w:p>
    <w:p w:rsidR="007E24C5" w:rsidRDefault="007E24C5" w:rsidP="007E24C5">
      <w:pPr>
        <w:pStyle w:val="a0"/>
        <w:spacing w:after="0" w:line="259" w:lineRule="auto"/>
      </w:pPr>
      <w:r>
        <w:t>Найди 50 преимуществ, 30 выгод, 20 эмоциональных выгод, 20 рациональных выгод и 10 уникальных особенностей.</w:t>
      </w:r>
    </w:p>
    <w:p w:rsidR="007E24C5" w:rsidRDefault="007E24C5" w:rsidP="007E24C5">
      <w:pPr>
        <w:pStyle w:val="a0"/>
        <w:spacing w:after="0" w:line="259" w:lineRule="auto"/>
      </w:pPr>
      <w:r>
        <w:t>Переформулируй сухие характеристики в язык покупателя.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Полный список преимуществ.</w:t>
      </w:r>
    </w:p>
    <w:p w:rsidR="007E24C5" w:rsidRDefault="007E24C5" w:rsidP="007E24C5">
      <w:pPr>
        <w:pStyle w:val="a0"/>
        <w:spacing w:after="0" w:line="259" w:lineRule="auto"/>
      </w:pPr>
      <w:r>
        <w:t>Разделение по типам выгод.</w:t>
      </w:r>
    </w:p>
    <w:p w:rsidR="007E24C5" w:rsidRDefault="007E24C5" w:rsidP="007E24C5">
      <w:pPr>
        <w:pStyle w:val="a0"/>
        <w:spacing w:after="0" w:line="259" w:lineRule="auto"/>
      </w:pPr>
      <w:r>
        <w:t>Примеры формулировок для карточки.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№6. Анализ конкурентов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Системное сравнение с сильнейшими игроками.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Проанализируй нишу: [название ниши].</w:t>
      </w:r>
    </w:p>
    <w:p w:rsidR="007E24C5" w:rsidRDefault="007E24C5" w:rsidP="007E24C5">
      <w:pPr>
        <w:pStyle w:val="a0"/>
        <w:spacing w:after="0" w:line="259" w:lineRule="auto"/>
      </w:pPr>
      <w:r>
        <w:t>Определи основных конкурентов, их сильные и слабые стороны, ценовой диапазон, визуальную подачу, ключевые преимущества и жалобы покупателей.</w:t>
      </w:r>
    </w:p>
    <w:p w:rsidR="007E24C5" w:rsidRDefault="007E24C5" w:rsidP="007E24C5">
      <w:pPr>
        <w:pStyle w:val="a0"/>
        <w:spacing w:after="0" w:line="259" w:lineRule="auto"/>
      </w:pPr>
      <w:r>
        <w:t>Сформируй вывод, как отстроиться по продукту, упаковке, цене, контенту и коммуникации.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Таблица конкурентов.</w:t>
      </w:r>
    </w:p>
    <w:p w:rsidR="007E24C5" w:rsidRDefault="007E24C5" w:rsidP="007E24C5">
      <w:pPr>
        <w:pStyle w:val="a0"/>
        <w:spacing w:after="0" w:line="259" w:lineRule="auto"/>
      </w:pPr>
      <w:r>
        <w:t>Матрица сильных и слабых сторон.</w:t>
      </w:r>
    </w:p>
    <w:p w:rsidR="007E24C5" w:rsidRDefault="007E24C5" w:rsidP="007E24C5">
      <w:pPr>
        <w:pStyle w:val="a0"/>
        <w:spacing w:after="0" w:line="259" w:lineRule="auto"/>
      </w:pPr>
      <w:r>
        <w:t>Стратегия отстройки от рынка.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№7. Анализ отзывов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Получение инсайтов из пользовательского опыта.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lastRenderedPageBreak/>
        <w:t>Проанализируй отзывы покупателей на товар: [название].</w:t>
      </w:r>
    </w:p>
    <w:p w:rsidR="007E24C5" w:rsidRDefault="007E24C5" w:rsidP="007E24C5">
      <w:pPr>
        <w:pStyle w:val="a0"/>
        <w:spacing w:after="0" w:line="259" w:lineRule="auto"/>
      </w:pPr>
      <w:r>
        <w:t>Выдели главные жалобы, повторяющиеся проблемы, неожиданные преимущества, причины возвратов, ожидания клиентов и частые вопросы.</w:t>
      </w:r>
    </w:p>
    <w:p w:rsidR="007E24C5" w:rsidRDefault="007E24C5" w:rsidP="007E24C5">
      <w:pPr>
        <w:pStyle w:val="a0"/>
        <w:spacing w:after="0" w:line="259" w:lineRule="auto"/>
      </w:pPr>
      <w:r>
        <w:t>Покажи, какие формулировки из отзывов использовать как социальное доказательство.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Ключевые инсайты из отзывов.</w:t>
      </w:r>
    </w:p>
    <w:p w:rsidR="007E24C5" w:rsidRDefault="007E24C5" w:rsidP="007E24C5">
      <w:pPr>
        <w:pStyle w:val="a0"/>
        <w:spacing w:after="0" w:line="259" w:lineRule="auto"/>
      </w:pPr>
      <w:r>
        <w:t>Список проблем и решений.</w:t>
      </w:r>
    </w:p>
    <w:p w:rsidR="007E24C5" w:rsidRDefault="007E24C5" w:rsidP="007E24C5">
      <w:pPr>
        <w:pStyle w:val="a0"/>
        <w:spacing w:after="0" w:line="259" w:lineRule="auto"/>
      </w:pPr>
      <w:r>
        <w:t>Рекомендации для карточки и упаковки.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№8. SWOT-анализ товара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Оценка рыночной позиции товара.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Проведи SWOT-анализ товара: [название].</w:t>
      </w:r>
    </w:p>
    <w:p w:rsidR="007E24C5" w:rsidRDefault="007E24C5" w:rsidP="007E24C5">
      <w:pPr>
        <w:pStyle w:val="a0"/>
        <w:spacing w:after="0" w:line="259" w:lineRule="auto"/>
      </w:pPr>
      <w:r>
        <w:t>Определи сильные стороны, слабые стороны, возможности и угрозы.</w:t>
      </w:r>
    </w:p>
    <w:p w:rsidR="007E24C5" w:rsidRDefault="007E24C5" w:rsidP="007E24C5">
      <w:pPr>
        <w:pStyle w:val="a0"/>
        <w:spacing w:after="0" w:line="259" w:lineRule="auto"/>
      </w:pPr>
      <w:r>
        <w:t>Для каждого пункта предложи практические действия по усилению продаж.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Таблица SWOT.</w:t>
      </w:r>
    </w:p>
    <w:p w:rsidR="007E24C5" w:rsidRDefault="007E24C5" w:rsidP="007E24C5">
      <w:pPr>
        <w:pStyle w:val="a0"/>
        <w:spacing w:after="0" w:line="259" w:lineRule="auto"/>
      </w:pPr>
      <w:r>
        <w:t>Выводы по приоритетам развития.</w:t>
      </w:r>
    </w:p>
    <w:p w:rsidR="007E24C5" w:rsidRDefault="007E24C5" w:rsidP="007E24C5">
      <w:pPr>
        <w:pStyle w:val="a0"/>
        <w:spacing w:after="0" w:line="259" w:lineRule="auto"/>
      </w:pPr>
      <w:r>
        <w:t>План действий на 30 дней.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№9. Ценовое позиционирование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Выбор правильной цены и места в ассортименте.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Проанализируй товар: [название] с точки зрения цены.</w:t>
      </w:r>
    </w:p>
    <w:p w:rsidR="007E24C5" w:rsidRDefault="007E24C5" w:rsidP="007E24C5">
      <w:pPr>
        <w:pStyle w:val="a0"/>
        <w:spacing w:after="0" w:line="259" w:lineRule="auto"/>
      </w:pPr>
      <w:r>
        <w:t>Определи, где товар должен находиться относительно конкурентов: дешевле, на уровне рынка или дороже.</w:t>
      </w:r>
    </w:p>
    <w:p w:rsidR="007E24C5" w:rsidRDefault="007E24C5" w:rsidP="007E24C5">
      <w:pPr>
        <w:pStyle w:val="a0"/>
        <w:spacing w:after="0" w:line="259" w:lineRule="auto"/>
      </w:pPr>
      <w:r>
        <w:t>Оцени влияние цены на доверие, конверсию, выкуп и возвраты.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Рекомендации по цене.</w:t>
      </w:r>
    </w:p>
    <w:p w:rsidR="007E24C5" w:rsidRDefault="007E24C5" w:rsidP="007E24C5">
      <w:pPr>
        <w:pStyle w:val="a0"/>
        <w:spacing w:after="0" w:line="259" w:lineRule="auto"/>
      </w:pPr>
      <w:r>
        <w:t>Три сценария позиционирования.</w:t>
      </w:r>
    </w:p>
    <w:p w:rsidR="007E24C5" w:rsidRDefault="007E24C5" w:rsidP="007E24C5">
      <w:pPr>
        <w:pStyle w:val="a0"/>
        <w:spacing w:after="0" w:line="259" w:lineRule="auto"/>
      </w:pPr>
      <w:r>
        <w:t>Советы по повышению воспринимаемой ценности.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№10. План запуска товара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Пошаговый старт продаж на маркетплейсе.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Составь пошаговый план запуска нового товара на 30 дней для Wildberries.</w:t>
      </w:r>
    </w:p>
    <w:p w:rsidR="007E24C5" w:rsidRDefault="007E24C5" w:rsidP="007E24C5">
      <w:pPr>
        <w:pStyle w:val="a0"/>
        <w:spacing w:after="0" w:line="259" w:lineRule="auto"/>
      </w:pPr>
      <w:r>
        <w:t>Включи подготовку карточки, SEO, фото, инфографику, рекламу, отзывы, первые продажи и корректировку стратегии.</w:t>
      </w:r>
    </w:p>
    <w:p w:rsidR="007E24C5" w:rsidRDefault="007E24C5" w:rsidP="007E24C5">
      <w:pPr>
        <w:pStyle w:val="a0"/>
        <w:spacing w:after="0" w:line="259" w:lineRule="auto"/>
      </w:pPr>
      <w:r>
        <w:t>Разбей план по неделям и дням.</w:t>
      </w:r>
    </w:p>
    <w:p w:rsidR="007E24C5" w:rsidRDefault="007E24C5" w:rsidP="007E24C5">
      <w:pPr>
        <w:spacing w:after="40" w:line="259" w:lineRule="auto"/>
      </w:pPr>
      <w:r>
        <w:rPr>
          <w:b/>
        </w:rPr>
        <w:lastRenderedPageBreak/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План запуска на 30 дней.</w:t>
      </w:r>
    </w:p>
    <w:p w:rsidR="007E24C5" w:rsidRDefault="007E24C5" w:rsidP="007E24C5">
      <w:pPr>
        <w:pStyle w:val="a0"/>
        <w:spacing w:after="0" w:line="259" w:lineRule="auto"/>
      </w:pPr>
      <w:r>
        <w:t>Задачи по этапам.</w:t>
      </w:r>
    </w:p>
    <w:p w:rsidR="007E24C5" w:rsidRDefault="007E24C5" w:rsidP="007E24C5">
      <w:pPr>
        <w:pStyle w:val="a0"/>
        <w:spacing w:after="0" w:line="259" w:lineRule="auto"/>
      </w:pPr>
      <w:r>
        <w:t>Рекомендации по приоритетам.</w:t>
      </w:r>
    </w:p>
    <w:p w:rsidR="007E24C5" w:rsidRDefault="007E24C5" w:rsidP="007E24C5"/>
    <w:p w:rsidR="007E24C5" w:rsidRDefault="007E24C5" w:rsidP="007E24C5">
      <w:r>
        <w:br w:type="page"/>
      </w:r>
    </w:p>
    <w:p w:rsidR="007E24C5" w:rsidRDefault="007E24C5" w:rsidP="007E24C5">
      <w:pPr>
        <w:pStyle w:val="1"/>
        <w:spacing w:before="0" w:after="40" w:line="259" w:lineRule="auto"/>
      </w:pPr>
      <w:r>
        <w:rPr>
          <w:b w:val="0"/>
        </w:rPr>
        <w:lastRenderedPageBreak/>
        <w:t>РАЗДЕЛ 2. SEO, КАРТОЧКА ТОВАРА И ПРОДАЮЩИЕ ТЕКСТЫ</w:t>
      </w:r>
    </w:p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№11. Полное семантическое ядро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Сбор ключевых запросов для карточки и рекламы.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Собери семантическое ядро для товара [название].</w:t>
      </w:r>
    </w:p>
    <w:p w:rsidR="007E24C5" w:rsidRDefault="007E24C5" w:rsidP="007E24C5">
      <w:pPr>
        <w:pStyle w:val="a0"/>
        <w:spacing w:after="0" w:line="259" w:lineRule="auto"/>
      </w:pPr>
      <w:r>
        <w:t>Нужны высокочастотные, среднечастотные, низкочастотные, сезонные и коммерческие запросы.</w:t>
      </w:r>
    </w:p>
    <w:p w:rsidR="007E24C5" w:rsidRDefault="007E24C5" w:rsidP="007E24C5">
      <w:pPr>
        <w:pStyle w:val="a0"/>
        <w:spacing w:after="0" w:line="259" w:lineRule="auto"/>
      </w:pPr>
      <w:r>
        <w:t>Раздели запросы по приоритету использования и объясни, какие ставить в заголовок, описание, инфографику и рекламу.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Список запросов по группам.</w:t>
      </w:r>
    </w:p>
    <w:p w:rsidR="007E24C5" w:rsidRDefault="007E24C5" w:rsidP="007E24C5">
      <w:pPr>
        <w:pStyle w:val="a0"/>
        <w:spacing w:after="0" w:line="259" w:lineRule="auto"/>
      </w:pPr>
      <w:r>
        <w:t>Приоритет внедрения.</w:t>
      </w:r>
    </w:p>
    <w:p w:rsidR="007E24C5" w:rsidRDefault="007E24C5" w:rsidP="007E24C5">
      <w:pPr>
        <w:pStyle w:val="a0"/>
        <w:spacing w:after="0" w:line="259" w:lineRule="auto"/>
      </w:pPr>
      <w:r>
        <w:t>Рекомендации по использованию.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№12. SEO-заголовок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Создание продающего и релевантного заголовка.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Создай 20 вариантов SEO-заголовка для товара [название].</w:t>
      </w:r>
    </w:p>
    <w:p w:rsidR="007E24C5" w:rsidRDefault="007E24C5" w:rsidP="007E24C5">
      <w:pPr>
        <w:pStyle w:val="a0"/>
        <w:spacing w:after="0" w:line="259" w:lineRule="auto"/>
      </w:pPr>
      <w:r>
        <w:t>Используй ключевые запросы: [вставить ключи].</w:t>
      </w:r>
    </w:p>
    <w:p w:rsidR="007E24C5" w:rsidRDefault="007E24C5" w:rsidP="007E24C5">
      <w:pPr>
        <w:pStyle w:val="a0"/>
        <w:spacing w:after="0" w:line="259" w:lineRule="auto"/>
      </w:pPr>
      <w:r>
        <w:t>Сохрани естественность, не допускай переспама и сделай заголовки пригодными для Wildberries.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20 вариантов заголовка.</w:t>
      </w:r>
    </w:p>
    <w:p w:rsidR="007E24C5" w:rsidRDefault="007E24C5" w:rsidP="007E24C5">
      <w:pPr>
        <w:pStyle w:val="a0"/>
        <w:spacing w:after="0" w:line="259" w:lineRule="auto"/>
      </w:pPr>
      <w:r>
        <w:t>Оценка каждого варианта.</w:t>
      </w:r>
    </w:p>
    <w:p w:rsidR="007E24C5" w:rsidRDefault="007E24C5" w:rsidP="007E24C5">
      <w:pPr>
        <w:pStyle w:val="a0"/>
        <w:spacing w:after="0" w:line="259" w:lineRule="auto"/>
      </w:pPr>
      <w:r>
        <w:t>Выбор 3 лучших формулировок.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№13. SEO-описание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Написание описания, которое продает и индексируется.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Напиши SEO-описание для товара [название].</w:t>
      </w:r>
    </w:p>
    <w:p w:rsidR="007E24C5" w:rsidRDefault="007E24C5" w:rsidP="007E24C5">
      <w:pPr>
        <w:pStyle w:val="a0"/>
        <w:spacing w:after="0" w:line="259" w:lineRule="auto"/>
      </w:pPr>
      <w:r>
        <w:t>Используй ключевые слова: [вставить список].</w:t>
      </w:r>
    </w:p>
    <w:p w:rsidR="007E24C5" w:rsidRDefault="007E24C5" w:rsidP="007E24C5">
      <w:pPr>
        <w:pStyle w:val="a0"/>
        <w:spacing w:after="0" w:line="259" w:lineRule="auto"/>
      </w:pPr>
      <w:r>
        <w:t>Включи проблему клиента, решение, преимущества, характеристики, ответы на возражения и призыв к покупке.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Готовое SEO-описание.</w:t>
      </w:r>
    </w:p>
    <w:p w:rsidR="007E24C5" w:rsidRDefault="007E24C5" w:rsidP="007E24C5">
      <w:pPr>
        <w:pStyle w:val="a0"/>
        <w:spacing w:after="0" w:line="259" w:lineRule="auto"/>
      </w:pPr>
      <w:r>
        <w:t>Версия в премиальном тоне.</w:t>
      </w:r>
    </w:p>
    <w:p w:rsidR="007E24C5" w:rsidRDefault="007E24C5" w:rsidP="007E24C5">
      <w:pPr>
        <w:pStyle w:val="a0"/>
        <w:spacing w:after="0" w:line="259" w:lineRule="auto"/>
      </w:pPr>
      <w:r>
        <w:t>Версия в более простом стиле.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№14. AIDA-описание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Структурирование текста под внимание и покупку.</w:t>
      </w:r>
    </w:p>
    <w:p w:rsidR="007E24C5" w:rsidRDefault="007E24C5" w:rsidP="007E24C5">
      <w:pPr>
        <w:spacing w:after="40" w:line="259" w:lineRule="auto"/>
      </w:pPr>
      <w:r>
        <w:rPr>
          <w:b/>
        </w:rPr>
        <w:lastRenderedPageBreak/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Напиши описание товара по формуле AIDA для Wildberries.</w:t>
      </w:r>
    </w:p>
    <w:p w:rsidR="007E24C5" w:rsidRDefault="007E24C5" w:rsidP="007E24C5">
      <w:pPr>
        <w:pStyle w:val="a0"/>
        <w:spacing w:after="0" w:line="259" w:lineRule="auto"/>
      </w:pPr>
      <w:r>
        <w:t>Товар: [название].</w:t>
      </w:r>
    </w:p>
    <w:p w:rsidR="007E24C5" w:rsidRDefault="007E24C5" w:rsidP="007E24C5">
      <w:pPr>
        <w:pStyle w:val="a0"/>
        <w:spacing w:after="0" w:line="259" w:lineRule="auto"/>
      </w:pPr>
      <w:r>
        <w:t>Раздели текст на блоки Attention, Interest, Desire, Action.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Описание по AIDA.</w:t>
      </w:r>
    </w:p>
    <w:p w:rsidR="007E24C5" w:rsidRDefault="007E24C5" w:rsidP="007E24C5">
      <w:pPr>
        <w:pStyle w:val="a0"/>
        <w:spacing w:after="0" w:line="259" w:lineRule="auto"/>
      </w:pPr>
      <w:r>
        <w:t>Короткая версия для карточки.</w:t>
      </w:r>
    </w:p>
    <w:p w:rsidR="007E24C5" w:rsidRDefault="007E24C5" w:rsidP="007E24C5">
      <w:pPr>
        <w:pStyle w:val="a0"/>
        <w:spacing w:after="0" w:line="259" w:lineRule="auto"/>
      </w:pPr>
      <w:r>
        <w:t>Список ключевых акцентов.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№15. PAS-описание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Создание текста через проблему и решение.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Напиши описание товара по формуле PAS для товара [название].</w:t>
      </w:r>
    </w:p>
    <w:p w:rsidR="007E24C5" w:rsidRDefault="007E24C5" w:rsidP="007E24C5">
      <w:pPr>
        <w:pStyle w:val="a0"/>
        <w:spacing w:after="0" w:line="259" w:lineRule="auto"/>
      </w:pPr>
      <w:r>
        <w:t>Сначала обозначь боль покупателя, затем усили эту боль, после чего покажи товар как решение.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Текст по PAS.</w:t>
      </w:r>
    </w:p>
    <w:p w:rsidR="007E24C5" w:rsidRDefault="007E24C5" w:rsidP="007E24C5">
      <w:pPr>
        <w:pStyle w:val="a0"/>
        <w:spacing w:after="0" w:line="259" w:lineRule="auto"/>
      </w:pPr>
      <w:r>
        <w:t>Ключевые триггеры.</w:t>
      </w:r>
    </w:p>
    <w:p w:rsidR="007E24C5" w:rsidRDefault="007E24C5" w:rsidP="007E24C5">
      <w:pPr>
        <w:pStyle w:val="a0"/>
        <w:spacing w:after="0" w:line="259" w:lineRule="auto"/>
      </w:pPr>
      <w:r>
        <w:t>Рекомендации по использованию.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№16. Премиум-описание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Формулировка дорогого и статусного образа товара.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Напиши описание товара [название] для премиального сегмента.</w:t>
      </w:r>
    </w:p>
    <w:p w:rsidR="007E24C5" w:rsidRDefault="007E24C5" w:rsidP="007E24C5">
      <w:pPr>
        <w:pStyle w:val="a0"/>
        <w:spacing w:after="0" w:line="259" w:lineRule="auto"/>
      </w:pPr>
      <w:r>
        <w:t>Подчеркни качество, статус, эстетику, надежность, детали исполнения и ощущение «дороже, чем стоит».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Премиальное описание.</w:t>
      </w:r>
    </w:p>
    <w:p w:rsidR="007E24C5" w:rsidRDefault="007E24C5" w:rsidP="007E24C5">
      <w:pPr>
        <w:pStyle w:val="a0"/>
        <w:spacing w:after="0" w:line="259" w:lineRule="auto"/>
      </w:pPr>
      <w:r>
        <w:t>Смысловые акценты.</w:t>
      </w:r>
    </w:p>
    <w:p w:rsidR="007E24C5" w:rsidRDefault="007E24C5" w:rsidP="007E24C5">
      <w:pPr>
        <w:pStyle w:val="a0"/>
        <w:spacing w:after="0" w:line="259" w:lineRule="auto"/>
      </w:pPr>
      <w:r>
        <w:t>Идеи для визуальной подачи.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№17. Массовое описание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Текст для широкой аудитории с понятной выгодой.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Напиши простое и продающее описание товара [название] для массового покупателя.</w:t>
      </w:r>
    </w:p>
    <w:p w:rsidR="007E24C5" w:rsidRDefault="007E24C5" w:rsidP="007E24C5">
      <w:pPr>
        <w:pStyle w:val="a0"/>
        <w:spacing w:after="0" w:line="259" w:lineRule="auto"/>
      </w:pPr>
      <w:r>
        <w:t>Сделай акцент на удобстве, пользе, практичности, цене и понятности.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Описание в массовом стиле.</w:t>
      </w:r>
    </w:p>
    <w:p w:rsidR="007E24C5" w:rsidRDefault="007E24C5" w:rsidP="007E24C5">
      <w:pPr>
        <w:pStyle w:val="a0"/>
        <w:spacing w:after="0" w:line="259" w:lineRule="auto"/>
      </w:pPr>
      <w:r>
        <w:t>Ключевые выгоды.</w:t>
      </w:r>
    </w:p>
    <w:p w:rsidR="007E24C5" w:rsidRDefault="007E24C5" w:rsidP="007E24C5">
      <w:pPr>
        <w:pStyle w:val="a0"/>
        <w:spacing w:after="0" w:line="259" w:lineRule="auto"/>
      </w:pPr>
      <w:r>
        <w:lastRenderedPageBreak/>
        <w:t>Формулировки для главного экрана.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№18. Характеристики в выгоды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Перевод сухих параметров в язык покупателя.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Для товара [название] составь список характеристик и переформулируй их в выгоды.</w:t>
      </w:r>
    </w:p>
    <w:p w:rsidR="007E24C5" w:rsidRDefault="007E24C5" w:rsidP="007E24C5">
      <w:pPr>
        <w:pStyle w:val="a0"/>
        <w:spacing w:after="0" w:line="259" w:lineRule="auto"/>
      </w:pPr>
      <w:r>
        <w:t>Покажи минимум 30 преимуществ, которые можно вынести в карточку, на фото или в инфографику.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Список характеристик в формате выгода.</w:t>
      </w:r>
    </w:p>
    <w:p w:rsidR="007E24C5" w:rsidRDefault="007E24C5" w:rsidP="007E24C5">
      <w:pPr>
        <w:pStyle w:val="a0"/>
        <w:spacing w:after="0" w:line="259" w:lineRule="auto"/>
      </w:pPr>
      <w:r>
        <w:t>Короткие и длинные формулировки.</w:t>
      </w:r>
    </w:p>
    <w:p w:rsidR="007E24C5" w:rsidRDefault="007E24C5" w:rsidP="007E24C5">
      <w:pPr>
        <w:pStyle w:val="a0"/>
        <w:spacing w:after="0" w:line="259" w:lineRule="auto"/>
      </w:pPr>
      <w:r>
        <w:t>Топ-10 самых продающих преимуществ.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№19. Блок возражений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Устранение сомнений перед покупкой.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Составь список из 20 типичных возражений покупателя на товар [название].</w:t>
      </w:r>
    </w:p>
    <w:p w:rsidR="007E24C5" w:rsidRDefault="007E24C5" w:rsidP="007E24C5">
      <w:pPr>
        <w:pStyle w:val="a0"/>
        <w:spacing w:after="0" w:line="259" w:lineRule="auto"/>
      </w:pPr>
      <w:r>
        <w:t>Для каждого возражения предложи спокойный, убедительный и полезный ответ.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Список возражений.</w:t>
      </w:r>
    </w:p>
    <w:p w:rsidR="007E24C5" w:rsidRDefault="007E24C5" w:rsidP="007E24C5">
      <w:pPr>
        <w:pStyle w:val="a0"/>
        <w:spacing w:after="0" w:line="259" w:lineRule="auto"/>
      </w:pPr>
      <w:r>
        <w:t>Готовые ответы.</w:t>
      </w:r>
    </w:p>
    <w:p w:rsidR="007E24C5" w:rsidRDefault="007E24C5" w:rsidP="007E24C5">
      <w:pPr>
        <w:pStyle w:val="a0"/>
        <w:spacing w:after="0" w:line="259" w:lineRule="auto"/>
      </w:pPr>
      <w:r>
        <w:t>Рекомендации по размещению в карточке и FAQ.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№20. FAQ для карточки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Подготовка ответов на частые вопросы.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Составь 30 самых частых вопросов покупателей о товаре [название].</w:t>
      </w:r>
    </w:p>
    <w:p w:rsidR="007E24C5" w:rsidRDefault="007E24C5" w:rsidP="007E24C5">
      <w:pPr>
        <w:pStyle w:val="a0"/>
        <w:spacing w:after="0" w:line="259" w:lineRule="auto"/>
      </w:pPr>
      <w:r>
        <w:t>Дай на каждый вопрос короткий и понятный ответ.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FAQ из 30 вопросов и ответов.</w:t>
      </w:r>
    </w:p>
    <w:p w:rsidR="007E24C5" w:rsidRDefault="007E24C5" w:rsidP="007E24C5">
      <w:pPr>
        <w:pStyle w:val="a0"/>
        <w:spacing w:after="0" w:line="259" w:lineRule="auto"/>
      </w:pPr>
      <w:r>
        <w:t>Группировка по темам.</w:t>
      </w:r>
    </w:p>
    <w:p w:rsidR="007E24C5" w:rsidRDefault="007E24C5" w:rsidP="007E24C5">
      <w:pPr>
        <w:pStyle w:val="a0"/>
        <w:spacing w:after="0" w:line="259" w:lineRule="auto"/>
      </w:pPr>
      <w:r>
        <w:t>Рекомендации по оформлению блока.</w:t>
      </w:r>
    </w:p>
    <w:p w:rsidR="007E24C5" w:rsidRDefault="007E24C5" w:rsidP="007E24C5"/>
    <w:p w:rsidR="007E24C5" w:rsidRDefault="007E24C5" w:rsidP="007E24C5">
      <w:r>
        <w:br w:type="page"/>
      </w:r>
    </w:p>
    <w:p w:rsidR="007E24C5" w:rsidRDefault="007E24C5" w:rsidP="007E24C5">
      <w:pPr>
        <w:pStyle w:val="1"/>
        <w:spacing w:before="0" w:after="40" w:line="259" w:lineRule="auto"/>
      </w:pPr>
      <w:r>
        <w:rPr>
          <w:b w:val="0"/>
        </w:rPr>
        <w:lastRenderedPageBreak/>
        <w:t>РАЗДЕЛ 3. ИНФОГРАФИКА, ВИЗУАЛ И КОНТЕНТ</w:t>
      </w:r>
    </w:p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№21. Структура инфографики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Логичная схема слайдов для карточки.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Разработай структуру инфографики из 10 слайдов для товара [название].</w:t>
      </w:r>
    </w:p>
    <w:p w:rsidR="007E24C5" w:rsidRDefault="007E24C5" w:rsidP="007E24C5">
      <w:pPr>
        <w:pStyle w:val="a0"/>
        <w:spacing w:after="0" w:line="259" w:lineRule="auto"/>
      </w:pPr>
      <w:r>
        <w:t>Для каждого слайда укажи заголовок, короткий текст, визуальную идею и цель слайда.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План 10 слайдов.</w:t>
      </w:r>
    </w:p>
    <w:p w:rsidR="007E24C5" w:rsidRDefault="007E24C5" w:rsidP="007E24C5">
      <w:pPr>
        <w:pStyle w:val="a0"/>
        <w:spacing w:after="0" w:line="259" w:lineRule="auto"/>
      </w:pPr>
      <w:r>
        <w:t>Текстовые блоки для каждого слайда.</w:t>
      </w:r>
    </w:p>
    <w:p w:rsidR="007E24C5" w:rsidRDefault="007E24C5" w:rsidP="007E24C5">
      <w:pPr>
        <w:pStyle w:val="a0"/>
        <w:spacing w:after="0" w:line="259" w:lineRule="auto"/>
      </w:pPr>
      <w:r>
        <w:t>Рекомендации по визуальной последовательности.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№22. Тексты для инфографики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Короткие продающие формулировки.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Создай 30 коротких текстов для инфографики товара [название].</w:t>
      </w:r>
    </w:p>
    <w:p w:rsidR="007E24C5" w:rsidRDefault="007E24C5" w:rsidP="007E24C5">
      <w:pPr>
        <w:pStyle w:val="a0"/>
        <w:spacing w:after="0" w:line="259" w:lineRule="auto"/>
      </w:pPr>
      <w:r>
        <w:t>Тексты должны быть емкими, понятными и продающими.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30 коротких текстов.</w:t>
      </w:r>
    </w:p>
    <w:p w:rsidR="007E24C5" w:rsidRDefault="007E24C5" w:rsidP="007E24C5">
      <w:pPr>
        <w:pStyle w:val="a0"/>
        <w:spacing w:after="0" w:line="259" w:lineRule="auto"/>
      </w:pPr>
      <w:r>
        <w:t>Разделение по типам.</w:t>
      </w:r>
    </w:p>
    <w:p w:rsidR="007E24C5" w:rsidRDefault="007E24C5" w:rsidP="007E24C5">
      <w:pPr>
        <w:pStyle w:val="a0"/>
        <w:spacing w:after="0" w:line="259" w:lineRule="auto"/>
      </w:pPr>
      <w:r>
        <w:t>Приоритет использования.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№23. Главное фото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Повышение CTR через первый экран.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Предложи 20 концепций главного фото для товара [название].</w:t>
      </w:r>
    </w:p>
    <w:p w:rsidR="007E24C5" w:rsidRDefault="007E24C5" w:rsidP="007E24C5">
      <w:pPr>
        <w:pStyle w:val="a0"/>
        <w:spacing w:after="0" w:line="259" w:lineRule="auto"/>
      </w:pPr>
      <w:r>
        <w:t>Опиши композицию, фон, расположение товара, текстовые акценты и визуальный фокус.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20 концепций главного фото.</w:t>
      </w:r>
    </w:p>
    <w:p w:rsidR="007E24C5" w:rsidRDefault="007E24C5" w:rsidP="007E24C5">
      <w:pPr>
        <w:pStyle w:val="a0"/>
        <w:spacing w:after="0" w:line="259" w:lineRule="auto"/>
      </w:pPr>
      <w:r>
        <w:t>Комментарий по каждой концепции.</w:t>
      </w:r>
    </w:p>
    <w:p w:rsidR="007E24C5" w:rsidRDefault="007E24C5" w:rsidP="007E24C5">
      <w:pPr>
        <w:pStyle w:val="a0"/>
        <w:spacing w:after="0" w:line="259" w:lineRule="auto"/>
      </w:pPr>
      <w:r>
        <w:t>Топ-5 самых сильных вариантов.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№24. ТЗ дизайнеру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Точное задание на оформление карточки.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Составь подробное ТЗ дизайнеру для карточки товара [название].</w:t>
      </w:r>
    </w:p>
    <w:p w:rsidR="007E24C5" w:rsidRDefault="007E24C5" w:rsidP="007E24C5">
      <w:pPr>
        <w:pStyle w:val="a0"/>
        <w:spacing w:after="0" w:line="259" w:lineRule="auto"/>
      </w:pPr>
      <w:r>
        <w:t>Укажи стиль, цветовую палитру, акценты, композицию, текстовые блоки, иконки и типографику.</w:t>
      </w:r>
    </w:p>
    <w:p w:rsidR="007E24C5" w:rsidRDefault="007E24C5" w:rsidP="007E24C5">
      <w:pPr>
        <w:spacing w:after="40" w:line="259" w:lineRule="auto"/>
      </w:pPr>
      <w:r>
        <w:rPr>
          <w:b/>
        </w:rPr>
        <w:lastRenderedPageBreak/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Готовое ТЗ для дизайнера.</w:t>
      </w:r>
    </w:p>
    <w:p w:rsidR="007E24C5" w:rsidRDefault="007E24C5" w:rsidP="007E24C5">
      <w:pPr>
        <w:pStyle w:val="a0"/>
        <w:spacing w:after="0" w:line="259" w:lineRule="auto"/>
      </w:pPr>
      <w:r>
        <w:t>Структура карточки по слайдам.</w:t>
      </w:r>
    </w:p>
    <w:p w:rsidR="007E24C5" w:rsidRDefault="007E24C5" w:rsidP="007E24C5">
      <w:pPr>
        <w:pStyle w:val="a0"/>
        <w:spacing w:after="0" w:line="259" w:lineRule="auto"/>
      </w:pPr>
      <w:r>
        <w:t>Визуальные требования.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№25. Сценарий просмотра карточки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Движение взгляда покупателя по карточке.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Разработай сценарий просмотра карточки товара [название].</w:t>
      </w:r>
    </w:p>
    <w:p w:rsidR="007E24C5" w:rsidRDefault="007E24C5" w:rsidP="007E24C5">
      <w:pPr>
        <w:pStyle w:val="a0"/>
        <w:spacing w:after="0" w:line="259" w:lineRule="auto"/>
      </w:pPr>
      <w:r>
        <w:t>Покажи, что покупатель должен увидеть на 1, 2, 3, 4 и последующих слайдах.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Логика покадрового просмотра.</w:t>
      </w:r>
    </w:p>
    <w:p w:rsidR="007E24C5" w:rsidRDefault="007E24C5" w:rsidP="007E24C5">
      <w:pPr>
        <w:pStyle w:val="a0"/>
        <w:spacing w:after="0" w:line="259" w:lineRule="auto"/>
      </w:pPr>
      <w:r>
        <w:t>Приоритеты по слайдам.</w:t>
      </w:r>
    </w:p>
    <w:p w:rsidR="007E24C5" w:rsidRDefault="007E24C5" w:rsidP="007E24C5">
      <w:pPr>
        <w:pStyle w:val="a0"/>
        <w:spacing w:after="0" w:line="259" w:lineRule="auto"/>
      </w:pPr>
      <w:r>
        <w:t>Рекомендации по удержанию внимания.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№26. Рекламный Reels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Короткое видео для привлечения трафика.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Создай сценарий рекламного Reels для товара [название].</w:t>
      </w:r>
    </w:p>
    <w:p w:rsidR="007E24C5" w:rsidRDefault="007E24C5" w:rsidP="007E24C5">
      <w:pPr>
        <w:pStyle w:val="a0"/>
        <w:spacing w:after="0" w:line="259" w:lineRule="auto"/>
      </w:pPr>
      <w:r>
        <w:t>Длительность: 15–30 секунд.</w:t>
      </w:r>
    </w:p>
    <w:p w:rsidR="007E24C5" w:rsidRDefault="007E24C5" w:rsidP="007E24C5">
      <w:pPr>
        <w:pStyle w:val="a0"/>
        <w:spacing w:after="0" w:line="259" w:lineRule="auto"/>
      </w:pPr>
      <w:r>
        <w:t>Опиши каждый кадр отдельно: что показывать, что говорить и что написать на экране.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Сценарий по кадрам.</w:t>
      </w:r>
    </w:p>
    <w:p w:rsidR="007E24C5" w:rsidRDefault="007E24C5" w:rsidP="007E24C5">
      <w:pPr>
        <w:pStyle w:val="a0"/>
        <w:spacing w:after="0" w:line="259" w:lineRule="auto"/>
      </w:pPr>
      <w:r>
        <w:t>Текст озвучки и титров.</w:t>
      </w:r>
    </w:p>
    <w:p w:rsidR="007E24C5" w:rsidRDefault="007E24C5" w:rsidP="007E24C5">
      <w:pPr>
        <w:pStyle w:val="a0"/>
        <w:spacing w:after="0" w:line="259" w:lineRule="auto"/>
      </w:pPr>
      <w:r>
        <w:t>Рекомендации по монтажу.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№27. UGC-видео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Живой пользовательский формат для доверия.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Создай сценарий UGC-видео для товара [название].</w:t>
      </w:r>
    </w:p>
    <w:p w:rsidR="007E24C5" w:rsidRDefault="007E24C5" w:rsidP="007E24C5">
      <w:pPr>
        <w:pStyle w:val="a0"/>
        <w:spacing w:after="0" w:line="259" w:lineRule="auto"/>
      </w:pPr>
      <w:r>
        <w:t>Покажи, как товар используют в реальной жизни, без излишней рекламы.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UGC-сценарий.</w:t>
      </w:r>
    </w:p>
    <w:p w:rsidR="007E24C5" w:rsidRDefault="007E24C5" w:rsidP="007E24C5">
      <w:pPr>
        <w:pStyle w:val="a0"/>
        <w:spacing w:after="0" w:line="259" w:lineRule="auto"/>
      </w:pPr>
      <w:r>
        <w:t>Текст для озвучки.</w:t>
      </w:r>
    </w:p>
    <w:p w:rsidR="007E24C5" w:rsidRDefault="007E24C5" w:rsidP="007E24C5">
      <w:pPr>
        <w:pStyle w:val="a0"/>
        <w:spacing w:after="0" w:line="259" w:lineRule="auto"/>
      </w:pPr>
      <w:r>
        <w:t>План съемки по сценам.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№28. Контент-план на 30 дней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Сетка контента для продвижения товара.</w:t>
      </w:r>
    </w:p>
    <w:p w:rsidR="007E24C5" w:rsidRDefault="007E24C5" w:rsidP="007E24C5">
      <w:pPr>
        <w:spacing w:after="40" w:line="259" w:lineRule="auto"/>
      </w:pPr>
      <w:r>
        <w:rPr>
          <w:b/>
        </w:rPr>
        <w:lastRenderedPageBreak/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Составь контент-план на 30 дней для товара [название].</w:t>
      </w:r>
    </w:p>
    <w:p w:rsidR="007E24C5" w:rsidRDefault="007E24C5" w:rsidP="007E24C5">
      <w:pPr>
        <w:pStyle w:val="a0"/>
        <w:spacing w:after="0" w:line="259" w:lineRule="auto"/>
      </w:pPr>
      <w:r>
        <w:t>Подели контент на экспертный, продающий, вовлекающий и доверительный.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Контент-план на 30 дней.</w:t>
      </w:r>
    </w:p>
    <w:p w:rsidR="007E24C5" w:rsidRDefault="007E24C5" w:rsidP="007E24C5">
      <w:pPr>
        <w:pStyle w:val="a0"/>
        <w:spacing w:after="0" w:line="259" w:lineRule="auto"/>
      </w:pPr>
      <w:r>
        <w:t>Тип контента по каждому дню.</w:t>
      </w:r>
    </w:p>
    <w:p w:rsidR="007E24C5" w:rsidRDefault="007E24C5" w:rsidP="007E24C5">
      <w:pPr>
        <w:pStyle w:val="a0"/>
        <w:spacing w:after="0" w:line="259" w:lineRule="auto"/>
      </w:pPr>
      <w:r>
        <w:t>Рекомендации по форматам.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№29. Серия сторис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Прогрев аудитории перед покупкой.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Создай серию из 10 сторис для прогрева перед покупкой товара [название].</w:t>
      </w:r>
    </w:p>
    <w:p w:rsidR="007E24C5" w:rsidRDefault="007E24C5" w:rsidP="007E24C5">
      <w:pPr>
        <w:pStyle w:val="a0"/>
        <w:spacing w:after="0" w:line="259" w:lineRule="auto"/>
      </w:pPr>
      <w:r>
        <w:t>Сделай сторис логичными: внимание, проблема, экспертность, демонстрация, выгоды, отзывы, возражения, оффер, призыв.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Сценарий 10 сторис.</w:t>
      </w:r>
    </w:p>
    <w:p w:rsidR="007E24C5" w:rsidRDefault="007E24C5" w:rsidP="007E24C5">
      <w:pPr>
        <w:pStyle w:val="a0"/>
        <w:spacing w:after="0" w:line="259" w:lineRule="auto"/>
      </w:pPr>
      <w:r>
        <w:t>Тексты и визуальные идеи.</w:t>
      </w:r>
    </w:p>
    <w:p w:rsidR="007E24C5" w:rsidRDefault="007E24C5" w:rsidP="007E24C5">
      <w:pPr>
        <w:pStyle w:val="a0"/>
        <w:spacing w:after="0" w:line="259" w:lineRule="auto"/>
      </w:pPr>
      <w:r>
        <w:t>Логика прогрева.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№30. Продающий пост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Текст для социальных сетей или карточки.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Напиши продающий пост о товаре [название].</w:t>
      </w:r>
    </w:p>
    <w:p w:rsidR="007E24C5" w:rsidRDefault="007E24C5" w:rsidP="007E24C5">
      <w:pPr>
        <w:pStyle w:val="a0"/>
        <w:spacing w:after="0" w:line="259" w:lineRule="auto"/>
      </w:pPr>
      <w:r>
        <w:t>Покажи проблему клиента, ценность товара, преимущества, социальное доказательство и призыв к действию.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Короткий продающий пост.</w:t>
      </w:r>
    </w:p>
    <w:p w:rsidR="007E24C5" w:rsidRDefault="007E24C5" w:rsidP="007E24C5">
      <w:pPr>
        <w:pStyle w:val="a0"/>
        <w:spacing w:after="0" w:line="259" w:lineRule="auto"/>
      </w:pPr>
      <w:r>
        <w:t>Расширенный продающий пост.</w:t>
      </w:r>
    </w:p>
    <w:p w:rsidR="007E24C5" w:rsidRDefault="007E24C5" w:rsidP="007E24C5">
      <w:pPr>
        <w:pStyle w:val="a0"/>
        <w:spacing w:after="0" w:line="259" w:lineRule="auto"/>
      </w:pPr>
      <w:r>
        <w:t>Ключевые фразы для повторного использования.</w:t>
      </w:r>
    </w:p>
    <w:p w:rsidR="007E24C5" w:rsidRDefault="007E24C5" w:rsidP="007E24C5"/>
    <w:p w:rsidR="007E24C5" w:rsidRDefault="007E24C5" w:rsidP="007E24C5">
      <w:r>
        <w:br w:type="page"/>
      </w:r>
    </w:p>
    <w:p w:rsidR="007E24C5" w:rsidRDefault="007E24C5" w:rsidP="007E24C5">
      <w:pPr>
        <w:pStyle w:val="1"/>
        <w:spacing w:before="0" w:after="40" w:line="259" w:lineRule="auto"/>
      </w:pPr>
      <w:r>
        <w:rPr>
          <w:b w:val="0"/>
        </w:rPr>
        <w:lastRenderedPageBreak/>
        <w:t>РАЗДЕЛ 4. ПРОДАЖИ, РЕКЛАМА И РОСТ ВЫРУЧКИ</w:t>
      </w:r>
    </w:p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№31. Рекламные офферы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Сильные предложения для рекламы и баннеров.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Создай 50 рекламных офферов для товара [название].</w:t>
      </w:r>
    </w:p>
    <w:p w:rsidR="007E24C5" w:rsidRDefault="007E24C5" w:rsidP="007E24C5">
      <w:pPr>
        <w:pStyle w:val="a0"/>
        <w:spacing w:after="0" w:line="259" w:lineRule="auto"/>
      </w:pPr>
      <w:r>
        <w:t>Используй разные триггеры: выгода, ограничение, новизна, удобство, экономия, статус, подарок, безопасность.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50 рекламных офферов.</w:t>
      </w:r>
    </w:p>
    <w:p w:rsidR="007E24C5" w:rsidRDefault="007E24C5" w:rsidP="007E24C5">
      <w:pPr>
        <w:pStyle w:val="a0"/>
        <w:spacing w:after="0" w:line="259" w:lineRule="auto"/>
      </w:pPr>
      <w:r>
        <w:t>Разделение по типам триггеров.</w:t>
      </w:r>
    </w:p>
    <w:p w:rsidR="007E24C5" w:rsidRDefault="007E24C5" w:rsidP="007E24C5">
      <w:pPr>
        <w:pStyle w:val="a0"/>
        <w:spacing w:after="0" w:line="259" w:lineRule="auto"/>
      </w:pPr>
      <w:r>
        <w:t>Топ-10 лучших формулировок.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№32. Рекламные тексты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Готовые тексты для продвижения товара.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Напиши 20 рекламных текстов для товара [название].</w:t>
      </w:r>
    </w:p>
    <w:p w:rsidR="007E24C5" w:rsidRDefault="007E24C5" w:rsidP="007E24C5">
      <w:pPr>
        <w:pStyle w:val="a0"/>
        <w:spacing w:after="0" w:line="259" w:lineRule="auto"/>
      </w:pPr>
      <w:r>
        <w:t>Сделай тексты разными по тону: экспертный, эмоциональный, премиальный, простой, с дефицитом.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20 рекламных текстов.</w:t>
      </w:r>
    </w:p>
    <w:p w:rsidR="007E24C5" w:rsidRDefault="007E24C5" w:rsidP="007E24C5">
      <w:pPr>
        <w:pStyle w:val="a0"/>
        <w:spacing w:after="0" w:line="259" w:lineRule="auto"/>
      </w:pPr>
      <w:r>
        <w:t>Разделение по стилям.</w:t>
      </w:r>
    </w:p>
    <w:p w:rsidR="007E24C5" w:rsidRDefault="007E24C5" w:rsidP="007E24C5">
      <w:pPr>
        <w:pStyle w:val="a0"/>
        <w:spacing w:after="0" w:line="259" w:lineRule="auto"/>
      </w:pPr>
      <w:r>
        <w:t>Рекомендации по применению.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№33. Стратегия акций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Использование скидок без потери маржи.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Предложи 30 акций для товара [название], которые помогут увеличить продажи.</w:t>
      </w:r>
    </w:p>
    <w:p w:rsidR="007E24C5" w:rsidRDefault="007E24C5" w:rsidP="007E24C5">
      <w:pPr>
        <w:pStyle w:val="a0"/>
        <w:spacing w:after="0" w:line="259" w:lineRule="auto"/>
      </w:pPr>
      <w:r>
        <w:t>Укажи, какие акции лучше работают на привлечение, выкуп и повторные покупки.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30 акций.</w:t>
      </w:r>
    </w:p>
    <w:p w:rsidR="007E24C5" w:rsidRDefault="007E24C5" w:rsidP="007E24C5">
      <w:pPr>
        <w:pStyle w:val="a0"/>
        <w:spacing w:after="0" w:line="259" w:lineRule="auto"/>
      </w:pPr>
      <w:r>
        <w:t>Разделение по цели.</w:t>
      </w:r>
    </w:p>
    <w:p w:rsidR="007E24C5" w:rsidRDefault="007E24C5" w:rsidP="007E24C5">
      <w:pPr>
        <w:pStyle w:val="a0"/>
        <w:spacing w:after="0" w:line="259" w:lineRule="auto"/>
      </w:pPr>
      <w:r>
        <w:t>Рекомендации по финансовой безопасности.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№34. План кампании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Структурирование продвижения на 30 дней.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Составь подробный план рекламной кампании на 30 дней для товара [название].</w:t>
      </w:r>
    </w:p>
    <w:p w:rsidR="007E24C5" w:rsidRDefault="007E24C5" w:rsidP="007E24C5">
      <w:pPr>
        <w:pStyle w:val="a0"/>
        <w:spacing w:after="0" w:line="259" w:lineRule="auto"/>
      </w:pPr>
      <w:r>
        <w:lastRenderedPageBreak/>
        <w:t>Разбей план на этапы: подготовка, тестирование, оптимизация, масштабирование.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План на 30 дней.</w:t>
      </w:r>
    </w:p>
    <w:p w:rsidR="007E24C5" w:rsidRDefault="007E24C5" w:rsidP="007E24C5">
      <w:pPr>
        <w:pStyle w:val="a0"/>
        <w:spacing w:after="0" w:line="259" w:lineRule="auto"/>
      </w:pPr>
      <w:r>
        <w:t>Этапы запуска и оптимизации.</w:t>
      </w:r>
    </w:p>
    <w:p w:rsidR="007E24C5" w:rsidRDefault="007E24C5" w:rsidP="007E24C5">
      <w:pPr>
        <w:pStyle w:val="a0"/>
        <w:spacing w:after="0" w:line="259" w:lineRule="auto"/>
      </w:pPr>
      <w:r>
        <w:t>Список ключевых метрик.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№35. Повышение CTR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Улучшение кликабельности карточки.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Проанализируй карточку товара [название] с точки зрения CTR.</w:t>
      </w:r>
    </w:p>
    <w:p w:rsidR="007E24C5" w:rsidRDefault="007E24C5" w:rsidP="007E24C5">
      <w:pPr>
        <w:pStyle w:val="a0"/>
        <w:spacing w:after="0" w:line="259" w:lineRule="auto"/>
      </w:pPr>
      <w:r>
        <w:t>Предложи минимум 15 способов увеличить CTR.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Аудит CTR.</w:t>
      </w:r>
    </w:p>
    <w:p w:rsidR="007E24C5" w:rsidRDefault="007E24C5" w:rsidP="007E24C5">
      <w:pPr>
        <w:pStyle w:val="a0"/>
        <w:spacing w:after="0" w:line="259" w:lineRule="auto"/>
      </w:pPr>
      <w:r>
        <w:t>Список способов повышения.</w:t>
      </w:r>
    </w:p>
    <w:p w:rsidR="007E24C5" w:rsidRDefault="007E24C5" w:rsidP="007E24C5">
      <w:pPr>
        <w:pStyle w:val="a0"/>
        <w:spacing w:after="0" w:line="259" w:lineRule="auto"/>
      </w:pPr>
      <w:r>
        <w:t>Приоритет внедрения.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№36. Повышение конверсии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Оптимизация карточки под покупку.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Проанализируй карточку товара [название] и предложи способы повысить конверсию в заказ.</w:t>
      </w:r>
    </w:p>
    <w:p w:rsidR="007E24C5" w:rsidRDefault="007E24C5" w:rsidP="007E24C5">
      <w:pPr>
        <w:pStyle w:val="a0"/>
        <w:spacing w:after="0" w:line="259" w:lineRule="auto"/>
      </w:pPr>
      <w:r>
        <w:t>Проверь, насколько понятно объяснена ценность товара, закрыты ли возражения и достаточно ли доверия вызывает карточка.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Причины слабой конверсии.</w:t>
      </w:r>
    </w:p>
    <w:p w:rsidR="007E24C5" w:rsidRDefault="007E24C5" w:rsidP="007E24C5">
      <w:pPr>
        <w:pStyle w:val="a0"/>
        <w:spacing w:after="0" w:line="259" w:lineRule="auto"/>
      </w:pPr>
      <w:r>
        <w:t>Решения по карточке.</w:t>
      </w:r>
    </w:p>
    <w:p w:rsidR="007E24C5" w:rsidRDefault="007E24C5" w:rsidP="007E24C5">
      <w:pPr>
        <w:pStyle w:val="a0"/>
        <w:spacing w:after="0" w:line="259" w:lineRule="auto"/>
      </w:pPr>
      <w:r>
        <w:t>План быстрых улучшений.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№37. Увеличение выкупа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Снижение отказов и возвратов.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Определи, какие факторы могут снижать выкуп товара [название].</w:t>
      </w:r>
    </w:p>
    <w:p w:rsidR="007E24C5" w:rsidRDefault="007E24C5" w:rsidP="007E24C5">
      <w:pPr>
        <w:pStyle w:val="a0"/>
        <w:spacing w:after="0" w:line="259" w:lineRule="auto"/>
      </w:pPr>
      <w:r>
        <w:t>Предложи изменения в описании, упаковке, размерах, фото, инструкциях и ожиданиях покупателя.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Причины низкого выкупа.</w:t>
      </w:r>
    </w:p>
    <w:p w:rsidR="007E24C5" w:rsidRDefault="007E24C5" w:rsidP="007E24C5">
      <w:pPr>
        <w:pStyle w:val="a0"/>
        <w:spacing w:after="0" w:line="259" w:lineRule="auto"/>
      </w:pPr>
      <w:r>
        <w:t>Способы повышения выкупа.</w:t>
      </w:r>
    </w:p>
    <w:p w:rsidR="007E24C5" w:rsidRDefault="007E24C5" w:rsidP="007E24C5">
      <w:pPr>
        <w:pStyle w:val="a0"/>
        <w:spacing w:after="0" w:line="259" w:lineRule="auto"/>
      </w:pPr>
      <w:r>
        <w:t>Рекомендации по упаковке ожиданий.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lastRenderedPageBreak/>
        <w:t>ПРОМПТ №38. Снижение возвратов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Системное уменьшение возвратности.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Проанализируй причины возвратов товара [название].</w:t>
      </w:r>
    </w:p>
    <w:p w:rsidR="007E24C5" w:rsidRDefault="007E24C5" w:rsidP="007E24C5">
      <w:pPr>
        <w:pStyle w:val="a0"/>
        <w:spacing w:after="0" w:line="259" w:lineRule="auto"/>
      </w:pPr>
      <w:r>
        <w:t>Предложи 20 способов сократить возвраты.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Список причин возвратов.</w:t>
      </w:r>
    </w:p>
    <w:p w:rsidR="007E24C5" w:rsidRDefault="007E24C5" w:rsidP="007E24C5">
      <w:pPr>
        <w:pStyle w:val="a0"/>
        <w:spacing w:after="0" w:line="259" w:lineRule="auto"/>
      </w:pPr>
      <w:r>
        <w:t>20 решений.</w:t>
      </w:r>
    </w:p>
    <w:p w:rsidR="007E24C5" w:rsidRDefault="007E24C5" w:rsidP="007E24C5">
      <w:pPr>
        <w:pStyle w:val="a0"/>
        <w:spacing w:after="0" w:line="259" w:lineRule="auto"/>
      </w:pPr>
      <w:r>
        <w:t>Быстрые меры без дополнительных вложений.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№39. План выхода в ТОП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Рост позиций в выдаче Wildberries.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Создай стратегию выхода товара [название] в ТОП категории.</w:t>
      </w:r>
    </w:p>
    <w:p w:rsidR="007E24C5" w:rsidRDefault="007E24C5" w:rsidP="007E24C5">
      <w:pPr>
        <w:pStyle w:val="a0"/>
        <w:spacing w:after="0" w:line="259" w:lineRule="auto"/>
      </w:pPr>
      <w:r>
        <w:t>Укажи, как работать с SEO, отзывами, ценой, CTR, конверсией, выкупом и внешним трафиком.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Стратегия по этапам.</w:t>
      </w:r>
    </w:p>
    <w:p w:rsidR="007E24C5" w:rsidRDefault="007E24C5" w:rsidP="007E24C5">
      <w:pPr>
        <w:pStyle w:val="a0"/>
        <w:spacing w:after="0" w:line="259" w:lineRule="auto"/>
      </w:pPr>
      <w:r>
        <w:t>Приоритетные действия.</w:t>
      </w:r>
    </w:p>
    <w:p w:rsidR="007E24C5" w:rsidRDefault="007E24C5" w:rsidP="007E24C5">
      <w:pPr>
        <w:pStyle w:val="a0"/>
        <w:spacing w:after="0" w:line="259" w:lineRule="auto"/>
      </w:pPr>
      <w:r>
        <w:t>Список метрик для контроля.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№40. План роста оборота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Переход к масштабированию.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Разработай стратегию роста оборота товара [название] до [сумма] в месяц.</w:t>
      </w:r>
    </w:p>
    <w:p w:rsidR="007E24C5" w:rsidRDefault="007E24C5" w:rsidP="007E24C5">
      <w:pPr>
        <w:pStyle w:val="a0"/>
        <w:spacing w:after="0" w:line="259" w:lineRule="auto"/>
      </w:pPr>
      <w:r>
        <w:t>Распиши работу с ассортиментом, карточкой, рекламой, ценой, акциями, контентом и повторными продажами.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Стратегия роста оборота.</w:t>
      </w:r>
    </w:p>
    <w:p w:rsidR="007E24C5" w:rsidRDefault="007E24C5" w:rsidP="007E24C5">
      <w:pPr>
        <w:pStyle w:val="a0"/>
        <w:spacing w:after="0" w:line="259" w:lineRule="auto"/>
      </w:pPr>
      <w:r>
        <w:t>План по неделям.</w:t>
      </w:r>
    </w:p>
    <w:p w:rsidR="007E24C5" w:rsidRDefault="007E24C5" w:rsidP="007E24C5">
      <w:pPr>
        <w:pStyle w:val="a0"/>
        <w:spacing w:after="0" w:line="259" w:lineRule="auto"/>
      </w:pPr>
      <w:r>
        <w:t>Ключевые риски и защита от них.</w:t>
      </w:r>
    </w:p>
    <w:p w:rsidR="007E24C5" w:rsidRDefault="007E24C5" w:rsidP="007E24C5"/>
    <w:p w:rsidR="007E24C5" w:rsidRDefault="007E24C5" w:rsidP="007E24C5">
      <w:r>
        <w:br w:type="page"/>
      </w:r>
    </w:p>
    <w:p w:rsidR="007E24C5" w:rsidRDefault="007E24C5" w:rsidP="007E24C5">
      <w:pPr>
        <w:pStyle w:val="1"/>
        <w:spacing w:before="0" w:after="40" w:line="259" w:lineRule="auto"/>
      </w:pPr>
      <w:r>
        <w:rPr>
          <w:b w:val="0"/>
        </w:rPr>
        <w:lastRenderedPageBreak/>
        <w:t>РАЗДЕЛ 5. БРЕНД, МАСШТАБИРОВАНИЕ И АВТОМАТИЗАЦИЯ</w:t>
      </w:r>
    </w:p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№41. Концепция бренда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Создание понятного образа бренда.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Разработай концепцию бренда для товара или линейки товаров [название].</w:t>
      </w:r>
    </w:p>
    <w:p w:rsidR="007E24C5" w:rsidRDefault="007E24C5" w:rsidP="007E24C5">
      <w:pPr>
        <w:pStyle w:val="a0"/>
        <w:spacing w:after="0" w:line="259" w:lineRule="auto"/>
      </w:pPr>
      <w:r>
        <w:t>Определи позиционирование, тон общения, ценности бренда, визуальный стиль и ключевые ассоциации.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Концепция бренда.</w:t>
      </w:r>
    </w:p>
    <w:p w:rsidR="007E24C5" w:rsidRDefault="007E24C5" w:rsidP="007E24C5">
      <w:pPr>
        <w:pStyle w:val="a0"/>
        <w:spacing w:after="0" w:line="259" w:lineRule="auto"/>
      </w:pPr>
      <w:r>
        <w:t>Ценности и позиционирование.</w:t>
      </w:r>
    </w:p>
    <w:p w:rsidR="007E24C5" w:rsidRDefault="007E24C5" w:rsidP="007E24C5">
      <w:pPr>
        <w:pStyle w:val="a0"/>
        <w:spacing w:after="0" w:line="259" w:lineRule="auto"/>
      </w:pPr>
      <w:r>
        <w:t>Рекомендации по визуалу и коммуникации.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№42. Нейминг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Подбор названия для бренда или линейки.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Придумай 50 вариантов названия бренда для товара [название].</w:t>
      </w:r>
    </w:p>
    <w:p w:rsidR="007E24C5" w:rsidRDefault="007E24C5" w:rsidP="007E24C5">
      <w:pPr>
        <w:pStyle w:val="a0"/>
        <w:spacing w:after="0" w:line="259" w:lineRule="auto"/>
      </w:pPr>
      <w:r>
        <w:t>Названия должны быть запоминающимися и подходящими для дальнейшего расширения линейки.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50 вариантов названия.</w:t>
      </w:r>
    </w:p>
    <w:p w:rsidR="007E24C5" w:rsidRDefault="007E24C5" w:rsidP="007E24C5">
      <w:pPr>
        <w:pStyle w:val="a0"/>
        <w:spacing w:after="0" w:line="259" w:lineRule="auto"/>
      </w:pPr>
      <w:r>
        <w:t>Сегментация по стилям.</w:t>
      </w:r>
    </w:p>
    <w:p w:rsidR="007E24C5" w:rsidRDefault="007E24C5" w:rsidP="007E24C5">
      <w:pPr>
        <w:pStyle w:val="a0"/>
        <w:spacing w:after="0" w:line="259" w:lineRule="auto"/>
      </w:pPr>
      <w:r>
        <w:t>ТОП-10 лучших названий.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№43. Позиционирование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Формирование места товара на рынке.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Создай стратегию позиционирования товара [название].</w:t>
      </w:r>
    </w:p>
    <w:p w:rsidR="007E24C5" w:rsidRDefault="007E24C5" w:rsidP="007E24C5">
      <w:pPr>
        <w:pStyle w:val="a0"/>
        <w:spacing w:after="0" w:line="259" w:lineRule="auto"/>
      </w:pPr>
      <w:r>
        <w:t>Определи, для кого товар, почему его выберут и какое обещание бренда должно быть в центре коммуникации.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3 сценария позиционирования.</w:t>
      </w:r>
    </w:p>
    <w:p w:rsidR="007E24C5" w:rsidRDefault="007E24C5" w:rsidP="007E24C5">
      <w:pPr>
        <w:pStyle w:val="a0"/>
        <w:spacing w:after="0" w:line="259" w:lineRule="auto"/>
      </w:pPr>
      <w:r>
        <w:t>Рекомендация по лучшему варианту.</w:t>
      </w:r>
    </w:p>
    <w:p w:rsidR="007E24C5" w:rsidRDefault="007E24C5" w:rsidP="007E24C5">
      <w:pPr>
        <w:pStyle w:val="a0"/>
        <w:spacing w:after="0" w:line="259" w:lineRule="auto"/>
      </w:pPr>
      <w:r>
        <w:t>Смысловые опоры для карточки и рекламы.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№44. Ценообразование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Управление ценой как инструментом продаж.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Сформируй стратегию ценообразования для товара [название].</w:t>
      </w:r>
    </w:p>
    <w:p w:rsidR="007E24C5" w:rsidRDefault="007E24C5" w:rsidP="007E24C5">
      <w:pPr>
        <w:pStyle w:val="a0"/>
        <w:spacing w:after="0" w:line="259" w:lineRule="auto"/>
      </w:pPr>
      <w:r>
        <w:lastRenderedPageBreak/>
        <w:t>Учти себестоимость, конкурентов, желаемую маржу, акционные скидки и восприятие цены покупателем.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Ценовая стратегия.</w:t>
      </w:r>
    </w:p>
    <w:p w:rsidR="007E24C5" w:rsidRDefault="007E24C5" w:rsidP="007E24C5">
      <w:pPr>
        <w:pStyle w:val="a0"/>
        <w:spacing w:after="0" w:line="259" w:lineRule="auto"/>
      </w:pPr>
      <w:r>
        <w:t>Рекомендуемые уровни цены.</w:t>
      </w:r>
    </w:p>
    <w:p w:rsidR="007E24C5" w:rsidRDefault="007E24C5" w:rsidP="007E24C5">
      <w:pPr>
        <w:pStyle w:val="a0"/>
        <w:spacing w:after="0" w:line="259" w:lineRule="auto"/>
      </w:pPr>
      <w:r>
        <w:t>Правила корректировки цены.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№45. Кросс-продажи и наборы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Увеличение среднего чека.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Предложи 20 идей комплектов и наборов на основе товара [название].</w:t>
      </w:r>
    </w:p>
    <w:p w:rsidR="007E24C5" w:rsidRDefault="007E24C5" w:rsidP="007E24C5">
      <w:pPr>
        <w:pStyle w:val="a0"/>
        <w:spacing w:after="0" w:line="259" w:lineRule="auto"/>
      </w:pPr>
      <w:r>
        <w:t>Покажи, какие товары можно продавать вместе, чтобы увеличить средний чек и ценность покупки.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20 идей комплектов.</w:t>
      </w:r>
    </w:p>
    <w:p w:rsidR="007E24C5" w:rsidRDefault="007E24C5" w:rsidP="007E24C5">
      <w:pPr>
        <w:pStyle w:val="a0"/>
        <w:spacing w:after="0" w:line="259" w:lineRule="auto"/>
      </w:pPr>
      <w:r>
        <w:t>Наборы по цели покупки.</w:t>
      </w:r>
    </w:p>
    <w:p w:rsidR="007E24C5" w:rsidRDefault="007E24C5" w:rsidP="007E24C5">
      <w:pPr>
        <w:pStyle w:val="a0"/>
        <w:spacing w:after="0" w:line="259" w:lineRule="auto"/>
      </w:pPr>
      <w:r>
        <w:t>Приоритет для запуска.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№46. Автоматизация рутины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Снижение ручной нагрузки.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Предложи способы автоматизировать работу продавца Wildberries.</w:t>
      </w:r>
    </w:p>
    <w:p w:rsidR="007E24C5" w:rsidRDefault="007E24C5" w:rsidP="007E24C5">
      <w:pPr>
        <w:pStyle w:val="a0"/>
        <w:spacing w:after="0" w:line="259" w:lineRule="auto"/>
      </w:pPr>
      <w:r>
        <w:t>Покажи, что можно автоматизировать в аналитике, контенте, SEO, ответах на отзывы, планировании закупок и отчетности.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Карта автоматизации.</w:t>
      </w:r>
    </w:p>
    <w:p w:rsidR="007E24C5" w:rsidRDefault="007E24C5" w:rsidP="007E24C5">
      <w:pPr>
        <w:pStyle w:val="a0"/>
        <w:spacing w:after="0" w:line="259" w:lineRule="auto"/>
      </w:pPr>
      <w:r>
        <w:t>Быстрые и продвинутые решения.</w:t>
      </w:r>
    </w:p>
    <w:p w:rsidR="007E24C5" w:rsidRDefault="007E24C5" w:rsidP="007E24C5">
      <w:pPr>
        <w:pStyle w:val="a0"/>
        <w:spacing w:after="0" w:line="259" w:lineRule="auto"/>
      </w:pPr>
      <w:r>
        <w:t>Список процессов для делегирования.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№47. План масштабирования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Рост бизнеса без потери контроля.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Разработай стратегию масштабирования бизнеса на Wildberries.</w:t>
      </w:r>
    </w:p>
    <w:p w:rsidR="007E24C5" w:rsidRDefault="007E24C5" w:rsidP="007E24C5">
      <w:pPr>
        <w:pStyle w:val="a0"/>
        <w:spacing w:after="0" w:line="259" w:lineRule="auto"/>
      </w:pPr>
      <w:r>
        <w:t>Покажи, как расширять ассортимент, диверсифицировать поставки, усиливать бренд и строить систему продаж.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План масштабирования по этапам.</w:t>
      </w:r>
    </w:p>
    <w:p w:rsidR="007E24C5" w:rsidRDefault="007E24C5" w:rsidP="007E24C5">
      <w:pPr>
        <w:pStyle w:val="a0"/>
        <w:spacing w:after="0" w:line="259" w:lineRule="auto"/>
      </w:pPr>
      <w:r>
        <w:t>Метрики управления ростом.</w:t>
      </w:r>
    </w:p>
    <w:p w:rsidR="007E24C5" w:rsidRDefault="007E24C5" w:rsidP="007E24C5">
      <w:pPr>
        <w:pStyle w:val="a0"/>
        <w:spacing w:after="0" w:line="259" w:lineRule="auto"/>
      </w:pPr>
      <w:r>
        <w:t>Рекомендации по расширению линейки.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lastRenderedPageBreak/>
        <w:t>ПРОМПТ №48. Контроль качества карточки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Регулярная проверка и улучшение контента.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Сделай чек-лист качества карточки товара [название].</w:t>
      </w:r>
    </w:p>
    <w:p w:rsidR="007E24C5" w:rsidRDefault="007E24C5" w:rsidP="007E24C5">
      <w:pPr>
        <w:pStyle w:val="a0"/>
        <w:spacing w:after="0" w:line="259" w:lineRule="auto"/>
      </w:pPr>
      <w:r>
        <w:t>Проверь: заголовок, описание, фото, инфографику, отзывы, FAQ, цену, УТП, SEO и общий стиль.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Чек-лист качества.</w:t>
      </w:r>
    </w:p>
    <w:p w:rsidR="007E24C5" w:rsidRDefault="007E24C5" w:rsidP="007E24C5">
      <w:pPr>
        <w:pStyle w:val="a0"/>
        <w:spacing w:after="0" w:line="259" w:lineRule="auto"/>
      </w:pPr>
      <w:r>
        <w:t>Список слабых мест.</w:t>
      </w:r>
    </w:p>
    <w:p w:rsidR="007E24C5" w:rsidRDefault="007E24C5" w:rsidP="007E24C5">
      <w:pPr>
        <w:pStyle w:val="a0"/>
        <w:spacing w:after="0" w:line="259" w:lineRule="auto"/>
      </w:pPr>
      <w:r>
        <w:t>План улучшений.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№49. Годовой план продаж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Стратегия работы на длинном горизонте.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Составь годовой план продаж для товара [название].</w:t>
      </w:r>
    </w:p>
    <w:p w:rsidR="007E24C5" w:rsidRDefault="007E24C5" w:rsidP="007E24C5">
      <w:pPr>
        <w:pStyle w:val="a0"/>
        <w:spacing w:after="0" w:line="259" w:lineRule="auto"/>
      </w:pPr>
      <w:r>
        <w:t>Разбей год на сезонные периоды, рекламные окна, обновления карточки, акции и расширение ассортимента.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Годовой план по месяцам.</w:t>
      </w:r>
    </w:p>
    <w:p w:rsidR="007E24C5" w:rsidRDefault="007E24C5" w:rsidP="007E24C5">
      <w:pPr>
        <w:pStyle w:val="a0"/>
        <w:spacing w:after="0" w:line="259" w:lineRule="auto"/>
      </w:pPr>
      <w:r>
        <w:t>Ключевые сезонные акценты.</w:t>
      </w:r>
    </w:p>
    <w:p w:rsidR="007E24C5" w:rsidRDefault="007E24C5" w:rsidP="007E24C5">
      <w:pPr>
        <w:pStyle w:val="a0"/>
        <w:spacing w:after="0" w:line="259" w:lineRule="auto"/>
      </w:pPr>
      <w:r>
        <w:t>Рекомендации по управлению спросом.</w:t>
      </w:r>
    </w:p>
    <w:p w:rsidR="007E24C5" w:rsidRDefault="007E24C5" w:rsidP="007E24C5"/>
    <w:p w:rsidR="007E24C5" w:rsidRDefault="007E24C5" w:rsidP="007E24C5">
      <w:pPr>
        <w:pStyle w:val="21"/>
        <w:spacing w:before="100" w:after="40" w:line="259" w:lineRule="auto"/>
      </w:pPr>
      <w:r>
        <w:rPr>
          <w:b w:val="0"/>
        </w:rPr>
        <w:t>ПРОМПТ №50. Личный консультант по WB</w:t>
      </w:r>
    </w:p>
    <w:p w:rsidR="007E24C5" w:rsidRDefault="007E24C5" w:rsidP="007E24C5">
      <w:pPr>
        <w:spacing w:after="40" w:line="259" w:lineRule="auto"/>
      </w:pPr>
      <w:r>
        <w:rPr>
          <w:b/>
        </w:rPr>
        <w:t>Назначение: Универсальный мастер-промпт для постоянной поддержки.</w:t>
      </w:r>
    </w:p>
    <w:p w:rsidR="007E24C5" w:rsidRDefault="007E24C5" w:rsidP="007E24C5">
      <w:pPr>
        <w:spacing w:after="40" w:line="259" w:lineRule="auto"/>
      </w:pPr>
      <w:r>
        <w:rPr>
          <w:b/>
        </w:rPr>
        <w:t>Текст промпта:</w:t>
      </w:r>
    </w:p>
    <w:p w:rsidR="007E24C5" w:rsidRDefault="007E24C5" w:rsidP="007E24C5">
      <w:pPr>
        <w:pStyle w:val="a0"/>
        <w:spacing w:after="0" w:line="259" w:lineRule="auto"/>
      </w:pPr>
      <w:r>
        <w:t>Выступи в роли личного консультанта по Wildberries с опытом более 10 лет.</w:t>
      </w:r>
    </w:p>
    <w:p w:rsidR="007E24C5" w:rsidRDefault="007E24C5" w:rsidP="007E24C5">
      <w:pPr>
        <w:pStyle w:val="a0"/>
        <w:spacing w:after="0" w:line="259" w:lineRule="auto"/>
      </w:pPr>
      <w:r>
        <w:t>Проанализируй мой бизнес: [описание бизнеса].</w:t>
      </w:r>
    </w:p>
    <w:p w:rsidR="007E24C5" w:rsidRDefault="007E24C5" w:rsidP="007E24C5">
      <w:pPr>
        <w:pStyle w:val="a0"/>
        <w:spacing w:after="0" w:line="259" w:lineRule="auto"/>
      </w:pPr>
      <w:r>
        <w:t>Составь подробный план развития на 6 месяцев по направлениям: продажи, ассортимент, реклама, SEO, контент, автоматизация, команда и масштабирование.</w:t>
      </w:r>
    </w:p>
    <w:p w:rsidR="007E24C5" w:rsidRDefault="007E24C5" w:rsidP="007E24C5">
      <w:pPr>
        <w:spacing w:after="40" w:line="259" w:lineRule="auto"/>
      </w:pPr>
      <w:r>
        <w:rPr>
          <w:b/>
        </w:rPr>
        <w:t>Формат ответа:</w:t>
      </w:r>
    </w:p>
    <w:p w:rsidR="007E24C5" w:rsidRDefault="007E24C5" w:rsidP="007E24C5">
      <w:pPr>
        <w:pStyle w:val="a0"/>
        <w:spacing w:after="0" w:line="259" w:lineRule="auto"/>
      </w:pPr>
      <w:r>
        <w:t>План развития на 6 месяцев.</w:t>
      </w:r>
    </w:p>
    <w:p w:rsidR="007E24C5" w:rsidRDefault="007E24C5" w:rsidP="007E24C5">
      <w:pPr>
        <w:pStyle w:val="a0"/>
        <w:spacing w:after="0" w:line="259" w:lineRule="auto"/>
      </w:pPr>
      <w:r>
        <w:t>Действия по неделям.</w:t>
      </w:r>
    </w:p>
    <w:p w:rsidR="007E24C5" w:rsidRDefault="007E24C5" w:rsidP="007E24C5">
      <w:pPr>
        <w:pStyle w:val="a0"/>
        <w:spacing w:after="0" w:line="259" w:lineRule="auto"/>
      </w:pPr>
      <w:r>
        <w:t>Приоритеты и точки контроля.</w:t>
      </w:r>
    </w:p>
    <w:p w:rsidR="007E24C5" w:rsidRDefault="007E24C5" w:rsidP="007E24C5"/>
    <w:p w:rsidR="007E24C5" w:rsidRDefault="007E24C5" w:rsidP="007E24C5">
      <w:r>
        <w:br w:type="page"/>
      </w:r>
    </w:p>
    <w:p w:rsidR="007E24C5" w:rsidRDefault="007E24C5" w:rsidP="007E24C5">
      <w:pPr>
        <w:pStyle w:val="1"/>
        <w:spacing w:before="0" w:after="40" w:line="259" w:lineRule="auto"/>
      </w:pPr>
      <w:r>
        <w:rPr>
          <w:b w:val="0"/>
        </w:rPr>
        <w:lastRenderedPageBreak/>
        <w:t>ЗАКЛЮЧЕНИЕ</w:t>
      </w:r>
    </w:p>
    <w:p w:rsidR="007E24C5" w:rsidRDefault="007E24C5" w:rsidP="007E24C5">
      <w:pPr>
        <w:spacing w:after="40" w:line="259" w:lineRule="auto"/>
      </w:pPr>
      <w:r>
        <w:t>Эта библиотека создана как рабочий инструмент для продавца Wildberries, который хочет быстрее принимать решения, экономить время и повышать качество карточек, рекламы и контента.</w:t>
      </w:r>
    </w:p>
    <w:p w:rsidR="007E24C5" w:rsidRDefault="007E24C5" w:rsidP="007E24C5">
      <w:pPr>
        <w:spacing w:after="40" w:line="259" w:lineRule="auto"/>
      </w:pPr>
      <w:r>
        <w:t>Используйте промпты как основу: добавляйте свои данные, тестируйте варианты и сохраняйте самые сильные формулировки в отдельную базу.</w:t>
      </w:r>
    </w:p>
    <w:p w:rsidR="007E24C5" w:rsidRDefault="007E24C5" w:rsidP="007E24C5">
      <w:pPr>
        <w:spacing w:after="40" w:line="259" w:lineRule="auto"/>
      </w:pPr>
      <w:r>
        <w:t>Чем точнее вы заполняете входные данные, тем полезнее будет ответ нейросети.</w:t>
      </w:r>
    </w:p>
    <w:p w:rsidR="007E24C5" w:rsidRDefault="007E24C5" w:rsidP="007E24C5">
      <w:pPr>
        <w:spacing w:after="40" w:line="259" w:lineRule="auto"/>
      </w:pPr>
      <w:r>
        <w:t>Промпты можно адаптировать под Ozon, Яндекс Маркет и другие площадки, меняя только платформу и правила подачи.</w:t>
      </w:r>
    </w:p>
    <w:p w:rsidR="00725341" w:rsidRDefault="007E24C5" w:rsidP="007E24C5">
      <w:r>
        <w:rPr>
          <w:b/>
        </w:rPr>
        <w:t>Платный бонус д</w:t>
      </w:r>
    </w:p>
    <w:sectPr w:rsidR="00725341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50414346">
    <w:abstractNumId w:val="8"/>
  </w:num>
  <w:num w:numId="2" w16cid:durableId="1195844666">
    <w:abstractNumId w:val="6"/>
  </w:num>
  <w:num w:numId="3" w16cid:durableId="456414630">
    <w:abstractNumId w:val="5"/>
  </w:num>
  <w:num w:numId="4" w16cid:durableId="386073171">
    <w:abstractNumId w:val="4"/>
  </w:num>
  <w:num w:numId="5" w16cid:durableId="216403736">
    <w:abstractNumId w:val="7"/>
  </w:num>
  <w:num w:numId="6" w16cid:durableId="125466632">
    <w:abstractNumId w:val="3"/>
  </w:num>
  <w:num w:numId="7" w16cid:durableId="950092758">
    <w:abstractNumId w:val="2"/>
  </w:num>
  <w:num w:numId="8" w16cid:durableId="6563903">
    <w:abstractNumId w:val="1"/>
  </w:num>
  <w:num w:numId="9" w16cid:durableId="6471752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725341"/>
    <w:rsid w:val="007E24C5"/>
    <w:rsid w:val="00A80919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4D6B9B"/>
  <w14:defaultImageDpi w14:val="300"/>
  <w15:docId w15:val="{1ECB6301-6268-974D-B761-99384CD6C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2976</Words>
  <Characters>16967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19904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Анастасия Павлова</cp:lastModifiedBy>
  <cp:revision>2</cp:revision>
  <dcterms:created xsi:type="dcterms:W3CDTF">2026-06-22T17:07:00Z</dcterms:created>
  <dcterms:modified xsi:type="dcterms:W3CDTF">2026-06-22T17:07:00Z</dcterms:modified>
  <cp:category/>
</cp:coreProperties>
</file>